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576"/>
        <w:tblW w:w="0" w:type="auto"/>
        <w:tblLayout w:type="fixed"/>
        <w:tblLook w:val="04A0" w:firstRow="1" w:lastRow="0" w:firstColumn="1" w:lastColumn="0" w:noHBand="0" w:noVBand="1"/>
      </w:tblPr>
      <w:tblGrid>
        <w:gridCol w:w="2381"/>
        <w:gridCol w:w="2268"/>
        <w:gridCol w:w="2268"/>
        <w:gridCol w:w="1701"/>
      </w:tblGrid>
      <w:tr w:rsidR="00D73C84" w:rsidRPr="00EC65F6" w14:paraId="10F8A4C6" w14:textId="77777777" w:rsidTr="00E227C7">
        <w:tc>
          <w:tcPr>
            <w:tcW w:w="2381" w:type="dxa"/>
            <w:vAlign w:val="center"/>
          </w:tcPr>
          <w:p w14:paraId="7DC4836E" w14:textId="77777777" w:rsidR="00D73C84" w:rsidRPr="00EC65F6" w:rsidRDefault="00137BEF" w:rsidP="00E227C7">
            <w:pPr>
              <w:jc w:val="center"/>
            </w:pPr>
            <w:r w:rsidRPr="00EC65F6">
              <w:rPr>
                <w:noProof/>
              </w:rPr>
              <w:drawing>
                <wp:inline distT="0" distB="0" distL="0" distR="0" wp14:anchorId="2C44AE81" wp14:editId="14F1C0C9">
                  <wp:extent cx="1170000" cy="39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39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76F31B2D" w14:textId="05998AE4" w:rsidR="00D73C84" w:rsidRPr="00EC65F6" w:rsidRDefault="003A6B0B" w:rsidP="00E227C7">
            <w:pPr>
              <w:jc w:val="center"/>
            </w:pPr>
            <w:r w:rsidRPr="00EC65F6">
              <w:rPr>
                <w:noProof/>
              </w:rPr>
              <w:drawing>
                <wp:inline distT="0" distB="0" distL="0" distR="0" wp14:anchorId="1B2585F5" wp14:editId="482A4246">
                  <wp:extent cx="1175878" cy="426720"/>
                  <wp:effectExtent l="0" t="0" r="571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wfis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031" cy="427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6766963D" w14:textId="7D280A48" w:rsidR="00D73C84" w:rsidRPr="00EC65F6" w:rsidRDefault="003A6B0B" w:rsidP="00E227C7">
            <w:pPr>
              <w:jc w:val="center"/>
            </w:pPr>
            <w:r w:rsidRPr="00EC65F6">
              <w:rPr>
                <w:noProof/>
              </w:rPr>
              <w:drawing>
                <wp:inline distT="0" distB="0" distL="0" distR="0" wp14:anchorId="041F6B8A" wp14:editId="4997E1EC">
                  <wp:extent cx="962823" cy="419100"/>
                  <wp:effectExtent l="0" t="0" r="889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cs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654" cy="419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14:paraId="659E9CF7" w14:textId="5683FFFD" w:rsidR="00D73C84" w:rsidRPr="00EC65F6" w:rsidRDefault="00DB5603" w:rsidP="00E227C7">
            <w:r w:rsidRPr="00EC65F6">
              <w:t xml:space="preserve">  </w:t>
            </w:r>
            <w:r w:rsidR="00E227C7" w:rsidRPr="00EC65F6">
              <w:rPr>
                <w:noProof/>
              </w:rPr>
              <w:drawing>
                <wp:inline distT="0" distB="0" distL="0" distR="0" wp14:anchorId="210074EA" wp14:editId="2991ECFB">
                  <wp:extent cx="365760" cy="415362"/>
                  <wp:effectExtent l="0" t="0" r="0" b="381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zs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385" cy="416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C65F6">
              <w:t xml:space="preserve">  </w:t>
            </w:r>
          </w:p>
        </w:tc>
      </w:tr>
    </w:tbl>
    <w:p w14:paraId="72FEC72A" w14:textId="77777777" w:rsidR="003A6B0B" w:rsidRPr="00EC65F6" w:rsidRDefault="003A6B0B">
      <w:pPr>
        <w:jc w:val="center"/>
        <w:rPr>
          <w:b/>
          <w:sz w:val="36"/>
        </w:rPr>
      </w:pPr>
    </w:p>
    <w:p w14:paraId="2829F635" w14:textId="77777777" w:rsidR="003A6B0B" w:rsidRPr="00EC65F6" w:rsidRDefault="003A6B0B">
      <w:pPr>
        <w:jc w:val="center"/>
        <w:rPr>
          <w:b/>
          <w:sz w:val="36"/>
        </w:rPr>
      </w:pPr>
    </w:p>
    <w:p w14:paraId="2D0659AB" w14:textId="77777777" w:rsidR="00E227C7" w:rsidRDefault="00E227C7">
      <w:pPr>
        <w:jc w:val="center"/>
        <w:rPr>
          <w:b/>
          <w:sz w:val="36"/>
        </w:rPr>
      </w:pPr>
    </w:p>
    <w:p w14:paraId="2DD5E8C4" w14:textId="67AACDE9" w:rsidR="00D73C84" w:rsidRPr="00EC65F6" w:rsidRDefault="00137BEF">
      <w:pPr>
        <w:jc w:val="center"/>
      </w:pPr>
      <w:r w:rsidRPr="00EC65F6">
        <w:rPr>
          <w:b/>
          <w:sz w:val="36"/>
        </w:rPr>
        <w:t>REGULAMIN</w:t>
      </w:r>
    </w:p>
    <w:p w14:paraId="024F80D2" w14:textId="134806CD" w:rsidR="00D73C84" w:rsidRPr="00EC65F6" w:rsidRDefault="00137BEF">
      <w:pPr>
        <w:jc w:val="center"/>
        <w:rPr>
          <w:color w:val="943634" w:themeColor="accent2" w:themeShade="BF"/>
        </w:rPr>
      </w:pPr>
      <w:r w:rsidRPr="00EC65F6">
        <w:rPr>
          <w:b/>
          <w:color w:val="943634" w:themeColor="accent2" w:themeShade="BF"/>
          <w:sz w:val="28"/>
        </w:rPr>
        <w:t>„BORDOWY MIŚ POLITECHNIKI BYDGOSKIEJ ŚNIADECKICH 2026/2027”</w:t>
      </w:r>
    </w:p>
    <w:p w14:paraId="3851F43D" w14:textId="77777777" w:rsidR="003A6B0B" w:rsidRPr="00EC65F6" w:rsidRDefault="003A6B0B">
      <w:pPr>
        <w:jc w:val="center"/>
        <w:rPr>
          <w:b/>
          <w:color w:val="943634" w:themeColor="accent2" w:themeShade="BF"/>
          <w:sz w:val="22"/>
        </w:rPr>
      </w:pPr>
    </w:p>
    <w:p w14:paraId="3F0DB50E" w14:textId="4D39AA95" w:rsidR="00D73C84" w:rsidRPr="00EC65F6" w:rsidRDefault="00137BEF">
      <w:pPr>
        <w:jc w:val="center"/>
        <w:rPr>
          <w:b/>
          <w:color w:val="943634" w:themeColor="accent2" w:themeShade="BF"/>
          <w:sz w:val="32"/>
          <w:szCs w:val="32"/>
        </w:rPr>
      </w:pPr>
      <w:r w:rsidRPr="00EC65F6">
        <w:rPr>
          <w:b/>
          <w:color w:val="943634" w:themeColor="accent2" w:themeShade="BF"/>
          <w:sz w:val="32"/>
          <w:szCs w:val="32"/>
        </w:rPr>
        <w:t>Turniej sportowo-integracyjny studentów I roku</w:t>
      </w:r>
    </w:p>
    <w:p w14:paraId="509630EA" w14:textId="77777777" w:rsidR="00CD5685" w:rsidRPr="00EC65F6" w:rsidRDefault="00CD5685">
      <w:pPr>
        <w:jc w:val="center"/>
        <w:rPr>
          <w:color w:val="943634" w:themeColor="accent2" w:themeShade="BF"/>
          <w:sz w:val="32"/>
          <w:szCs w:val="32"/>
        </w:rPr>
      </w:pPr>
    </w:p>
    <w:p w14:paraId="5C00FBA2" w14:textId="77777777" w:rsidR="00B40FCA" w:rsidRPr="006B3BD8" w:rsidRDefault="00137BEF">
      <w:pPr>
        <w:jc w:val="center"/>
        <w:rPr>
          <w:rFonts w:ascii="Segoe UI Emoji" w:eastAsia="Segoe UI Emoji" w:hAnsi="Segoe UI Emoji" w:cs="Segoe UI Emoji"/>
          <w:b/>
          <w:bCs/>
          <w:sz w:val="24"/>
          <w:szCs w:val="24"/>
        </w:rPr>
      </w:pPr>
      <w:r w:rsidRPr="006B3BD8">
        <w:rPr>
          <w:b/>
          <w:bCs/>
          <w:sz w:val="24"/>
          <w:szCs w:val="24"/>
        </w:rPr>
        <w:t xml:space="preserve">Data: </w:t>
      </w:r>
      <w:r w:rsidR="004A70BF" w:rsidRPr="006B3BD8">
        <w:rPr>
          <w:b/>
          <w:bCs/>
          <w:sz w:val="24"/>
          <w:szCs w:val="24"/>
        </w:rPr>
        <w:t>25.11.2026r.</w:t>
      </w:r>
      <w:r w:rsidRPr="006B3BD8">
        <w:rPr>
          <w:b/>
          <w:bCs/>
          <w:sz w:val="24"/>
          <w:szCs w:val="24"/>
        </w:rPr>
        <w:t xml:space="preserve"> </w:t>
      </w:r>
      <w:r w:rsidR="00B40FCA" w:rsidRPr="006B3BD8">
        <w:rPr>
          <w:b/>
          <w:bCs/>
          <w:sz w:val="24"/>
          <w:szCs w:val="24"/>
        </w:rPr>
        <w:t>Godz.10</w:t>
      </w:r>
      <w:r w:rsidR="00B40FCA" w:rsidRPr="006B3BD8">
        <w:rPr>
          <w:rFonts w:ascii="Segoe UI Emoji" w:eastAsia="Segoe UI Emoji" w:hAnsi="Segoe UI Emoji" w:cs="Segoe UI Emoji"/>
          <w:b/>
          <w:bCs/>
          <w:sz w:val="24"/>
          <w:szCs w:val="24"/>
        </w:rPr>
        <w:t>:00</w:t>
      </w:r>
    </w:p>
    <w:p w14:paraId="0BE7BFD8" w14:textId="3D9A1AC0" w:rsidR="00D73C84" w:rsidRDefault="00137BEF">
      <w:pPr>
        <w:jc w:val="center"/>
        <w:rPr>
          <w:b/>
          <w:bCs/>
          <w:sz w:val="24"/>
          <w:szCs w:val="24"/>
        </w:rPr>
      </w:pPr>
      <w:r w:rsidRPr="006B3BD8">
        <w:rPr>
          <w:b/>
          <w:bCs/>
          <w:sz w:val="24"/>
          <w:szCs w:val="24"/>
        </w:rPr>
        <w:t xml:space="preserve">  Miejsce:</w:t>
      </w:r>
      <w:r w:rsidR="004A70BF" w:rsidRPr="006B3BD8">
        <w:rPr>
          <w:b/>
          <w:bCs/>
          <w:sz w:val="24"/>
          <w:szCs w:val="24"/>
        </w:rPr>
        <w:t xml:space="preserve"> Hala Akademickiego Centrum Sportu PBŚ</w:t>
      </w:r>
    </w:p>
    <w:p w14:paraId="43B5F19D" w14:textId="0E56618E" w:rsidR="006B3BD8" w:rsidRPr="006B3BD8" w:rsidRDefault="006B3BD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Zgłoszenia</w:t>
      </w:r>
      <w:r w:rsidR="009443D9">
        <w:rPr>
          <w:b/>
          <w:bCs/>
          <w:sz w:val="24"/>
          <w:szCs w:val="24"/>
        </w:rPr>
        <w:t xml:space="preserve"> wydziałów</w:t>
      </w:r>
      <w:r>
        <w:rPr>
          <w:b/>
          <w:bCs/>
          <w:sz w:val="24"/>
          <w:szCs w:val="24"/>
        </w:rPr>
        <w:t xml:space="preserve"> do</w:t>
      </w:r>
      <w:r w:rsidR="009443D9">
        <w:rPr>
          <w:b/>
          <w:bCs/>
          <w:sz w:val="24"/>
          <w:szCs w:val="24"/>
        </w:rPr>
        <w:t xml:space="preserve"> 18.11.2026r.</w:t>
      </w:r>
    </w:p>
    <w:p w14:paraId="524A502C" w14:textId="1E3F9327" w:rsidR="004A70BF" w:rsidRPr="00EC65F6" w:rsidRDefault="004A70BF">
      <w:pPr>
        <w:jc w:val="center"/>
      </w:pPr>
    </w:p>
    <w:p w14:paraId="54B77F35" w14:textId="36D6F2B8" w:rsidR="00D73C84" w:rsidRPr="00EC65F6" w:rsidRDefault="00137BEF">
      <w:pPr>
        <w:pStyle w:val="Nagwek1"/>
        <w:rPr>
          <w:i/>
          <w:iCs/>
          <w:color w:val="943634" w:themeColor="accent2" w:themeShade="BF"/>
        </w:rPr>
      </w:pPr>
      <w:r w:rsidRPr="00EC65F6">
        <w:t xml:space="preserve"> </w:t>
      </w:r>
      <w:r w:rsidR="003A6B0B" w:rsidRPr="00EC65F6">
        <w:rPr>
          <w:i/>
          <w:iCs/>
          <w:color w:val="943634" w:themeColor="accent2" w:themeShade="BF"/>
        </w:rPr>
        <w:t>I</w:t>
      </w:r>
      <w:r w:rsidRPr="00EC65F6">
        <w:rPr>
          <w:i/>
          <w:iCs/>
          <w:color w:val="943634" w:themeColor="accent2" w:themeShade="BF"/>
        </w:rPr>
        <w:t xml:space="preserve"> Postanowienia ogólne</w:t>
      </w:r>
    </w:p>
    <w:p w14:paraId="1E9807DF" w14:textId="0CDAB09C" w:rsidR="00D73C84" w:rsidRPr="00EC65F6" w:rsidRDefault="00137BEF">
      <w:pPr>
        <w:ind w:left="198" w:hanging="198"/>
      </w:pPr>
      <w:r w:rsidRPr="00EC65F6">
        <w:rPr>
          <w:b/>
        </w:rPr>
        <w:t xml:space="preserve">1. </w:t>
      </w:r>
      <w:r w:rsidRPr="00EC65F6">
        <w:t>„Bordowy Miś Politechniki Bydgoskiej – Śniadeckich 2026/2027”, zwany dalej „Turniejem”, jest wydarzeniem sportowo-integracyjnym skierowanym do studentów pierwszego roku Politechniki Bydgoskiej im. Jana i Jędrzeja Śniadeckich</w:t>
      </w:r>
      <w:r w:rsidR="00BA5771" w:rsidRPr="00EC65F6">
        <w:t xml:space="preserve"> objętym honorowym patronatem Rektora PBŚ</w:t>
      </w:r>
    </w:p>
    <w:p w14:paraId="4972B3E7" w14:textId="642DA999" w:rsidR="00D73C84" w:rsidRPr="00EC65F6" w:rsidRDefault="00137BEF">
      <w:pPr>
        <w:ind w:left="198" w:hanging="198"/>
      </w:pPr>
      <w:r w:rsidRPr="00EC65F6">
        <w:rPr>
          <w:b/>
        </w:rPr>
        <w:t xml:space="preserve">2. </w:t>
      </w:r>
      <w:r w:rsidRPr="00EC65F6">
        <w:t xml:space="preserve">Organizatorem Turnieju jest </w:t>
      </w:r>
      <w:r w:rsidR="0079467A" w:rsidRPr="00EC65F6">
        <w:t>Studium Wychowania Fizycznego I Sportu</w:t>
      </w:r>
      <w:r w:rsidRPr="00EC65F6">
        <w:t>, prz</w:t>
      </w:r>
      <w:r w:rsidR="002568D4" w:rsidRPr="00EC65F6">
        <w:t>y</w:t>
      </w:r>
      <w:r w:rsidRPr="00EC65F6">
        <w:t xml:space="preserve"> współpracy z Akademickim Centrum Sportu</w:t>
      </w:r>
      <w:r w:rsidR="00B5437D">
        <w:t xml:space="preserve"> </w:t>
      </w:r>
      <w:r w:rsidRPr="00EC65F6">
        <w:t>oraz Klubem Uczelnianym AZS Politechniki Bydgoskiej.</w:t>
      </w:r>
    </w:p>
    <w:p w14:paraId="506C801B" w14:textId="435A96B2" w:rsidR="00D73C84" w:rsidRPr="00EC65F6" w:rsidRDefault="00137BEF">
      <w:pPr>
        <w:ind w:left="198" w:hanging="198"/>
      </w:pPr>
      <w:r w:rsidRPr="00EC65F6">
        <w:rPr>
          <w:b/>
        </w:rPr>
        <w:t xml:space="preserve">3. </w:t>
      </w:r>
      <w:r w:rsidRPr="00EC65F6">
        <w:t>Turniej nawiązuje swoją formułą do tradycji sportowego Turnieju „Biały Miś” nadając jej charakter akademicki i integracyjny.</w:t>
      </w:r>
    </w:p>
    <w:p w14:paraId="6D7B67D1" w14:textId="649D0BEB" w:rsidR="00D73C84" w:rsidRPr="00EC65F6" w:rsidRDefault="00137BEF">
      <w:pPr>
        <w:ind w:left="198" w:hanging="198"/>
      </w:pPr>
      <w:r w:rsidRPr="00EC65F6">
        <w:rPr>
          <w:b/>
        </w:rPr>
        <w:t xml:space="preserve">4. </w:t>
      </w:r>
      <w:r w:rsidRPr="00EC65F6">
        <w:t>Celem Turnieju jest</w:t>
      </w:r>
      <w:r w:rsidR="001D6206">
        <w:t xml:space="preserve"> </w:t>
      </w:r>
      <w:r w:rsidRPr="00EC65F6">
        <w:t>: integracja studentów pierwszego roku; promocja aktywności fizycznej; poznanie studentów innych kierunków i wydziałów; rozwijanie współpracy zespołowej; promowanie zasad fair play; budowanie więzi i identyfikacji z Politechniką Bydgoską.</w:t>
      </w:r>
    </w:p>
    <w:p w14:paraId="324ABF3A" w14:textId="6F2A5DCC" w:rsidR="00D73C84" w:rsidRPr="00EC65F6" w:rsidRDefault="00137BEF">
      <w:pPr>
        <w:pStyle w:val="Nagwek1"/>
        <w:rPr>
          <w:i/>
          <w:iCs/>
          <w:color w:val="943634" w:themeColor="accent2" w:themeShade="BF"/>
        </w:rPr>
      </w:pPr>
      <w:r w:rsidRPr="00EC65F6">
        <w:rPr>
          <w:i/>
          <w:iCs/>
          <w:color w:val="943634" w:themeColor="accent2" w:themeShade="BF"/>
        </w:rPr>
        <w:t xml:space="preserve"> </w:t>
      </w:r>
      <w:r w:rsidR="003A6B0B" w:rsidRPr="00EC65F6">
        <w:rPr>
          <w:i/>
          <w:iCs/>
          <w:color w:val="943634" w:themeColor="accent2" w:themeShade="BF"/>
        </w:rPr>
        <w:t>II</w:t>
      </w:r>
      <w:r w:rsidRPr="00EC65F6">
        <w:rPr>
          <w:i/>
          <w:iCs/>
          <w:color w:val="943634" w:themeColor="accent2" w:themeShade="BF"/>
        </w:rPr>
        <w:t xml:space="preserve"> Uczestnicy Turnieju</w:t>
      </w:r>
    </w:p>
    <w:p w14:paraId="7896E91C" w14:textId="77777777" w:rsidR="00D73C84" w:rsidRPr="00EC65F6" w:rsidRDefault="00137BEF">
      <w:pPr>
        <w:ind w:left="198" w:hanging="198"/>
      </w:pPr>
      <w:r w:rsidRPr="00EC65F6">
        <w:rPr>
          <w:b/>
        </w:rPr>
        <w:t xml:space="preserve">1. </w:t>
      </w:r>
      <w:r w:rsidRPr="00EC65F6">
        <w:t>W Turnieju mogą uczestniczyć wyłącznie studenci pierwszego roku Politechniki Bydgoskiej w roku akademickim 2026/2027.</w:t>
      </w:r>
    </w:p>
    <w:p w14:paraId="279C9072" w14:textId="520BF632" w:rsidR="00E2447C" w:rsidRDefault="00137BEF" w:rsidP="00E2447C">
      <w:pPr>
        <w:ind w:left="198" w:hanging="198"/>
      </w:pPr>
      <w:r w:rsidRPr="00EC65F6">
        <w:rPr>
          <w:b/>
        </w:rPr>
        <w:t xml:space="preserve">2. </w:t>
      </w:r>
      <w:r w:rsidR="00B77EA0" w:rsidRPr="00EC65F6">
        <w:t>Każdy wydział zgłasza jedną drużynę</w:t>
      </w:r>
      <w:r w:rsidR="008A3930">
        <w:t xml:space="preserve">, </w:t>
      </w:r>
      <w:r w:rsidR="00AD54C4">
        <w:t>składającą</w:t>
      </w:r>
      <w:r w:rsidR="008A3930">
        <w:t xml:space="preserve"> się z 10 zawodników</w:t>
      </w:r>
      <w:r w:rsidR="00AD54C4">
        <w:t xml:space="preserve"> podstawowych</w:t>
      </w:r>
      <w:r w:rsidR="008A3930">
        <w:t>(5 kobiet i 5 mężczy</w:t>
      </w:r>
      <w:r w:rsidR="009F6891">
        <w:t>z</w:t>
      </w:r>
      <w:r w:rsidR="008A3930">
        <w:t>n)</w:t>
      </w:r>
      <w:r w:rsidR="009F6891">
        <w:t xml:space="preserve"> oraz 2 rezerwowych</w:t>
      </w:r>
      <w:r w:rsidR="00623931">
        <w:t>(1kobieta, 1mężczyzna).</w:t>
      </w:r>
    </w:p>
    <w:p w14:paraId="4AFA9BEA" w14:textId="2FF0B5B4" w:rsidR="00D73C84" w:rsidRPr="00EC65F6" w:rsidRDefault="00E2447C">
      <w:pPr>
        <w:ind w:left="198" w:hanging="198"/>
      </w:pPr>
      <w:r>
        <w:rPr>
          <w:b/>
        </w:rPr>
        <w:t>3</w:t>
      </w:r>
      <w:r w:rsidRPr="00EC65F6">
        <w:rPr>
          <w:b/>
        </w:rPr>
        <w:t xml:space="preserve">. </w:t>
      </w:r>
      <w:r w:rsidRPr="00EC65F6">
        <w:t>Reprezentacja m</w:t>
      </w:r>
      <w:r w:rsidR="007872F3">
        <w:t>usi</w:t>
      </w:r>
      <w:r w:rsidRPr="00EC65F6">
        <w:t xml:space="preserve"> być utworzona przez studentów danego wydziału lub</w:t>
      </w:r>
      <w:r w:rsidR="007872F3">
        <w:t xml:space="preserve"> inst</w:t>
      </w:r>
      <w:r w:rsidR="00B638E9">
        <w:t xml:space="preserve">ytutu </w:t>
      </w:r>
      <w:r w:rsidRPr="00EC65F6">
        <w:t>wskazanej przez Organizatora.</w:t>
      </w:r>
      <w:r w:rsidR="00B638E9">
        <w:t xml:space="preserve"> (WZ, WBAiŚ, WIM,</w:t>
      </w:r>
      <w:r w:rsidR="0000221E">
        <w:t xml:space="preserve"> WSP, IP, WHIBZ,</w:t>
      </w:r>
      <w:r w:rsidR="00812106">
        <w:t xml:space="preserve"> </w:t>
      </w:r>
      <w:r w:rsidR="00820E76">
        <w:t>WTIiE,</w:t>
      </w:r>
      <w:r w:rsidR="00812106">
        <w:t xml:space="preserve"> </w:t>
      </w:r>
      <w:r w:rsidR="00820E76">
        <w:t>WRiB, WTiICh</w:t>
      </w:r>
      <w:r w:rsidR="00812106">
        <w:t>, W</w:t>
      </w:r>
      <w:r w:rsidR="00F90937">
        <w:t>M</w:t>
      </w:r>
      <w:r w:rsidR="00820E76">
        <w:t>)</w:t>
      </w:r>
      <w:r w:rsidR="00623931">
        <w:t>.</w:t>
      </w:r>
    </w:p>
    <w:p w14:paraId="0B3C453D" w14:textId="46793CC8" w:rsidR="00D73C84" w:rsidRDefault="00E2447C">
      <w:pPr>
        <w:ind w:left="198" w:hanging="198"/>
      </w:pPr>
      <w:r>
        <w:rPr>
          <w:b/>
        </w:rPr>
        <w:t>4</w:t>
      </w:r>
      <w:r w:rsidRPr="00EC65F6">
        <w:rPr>
          <w:b/>
        </w:rPr>
        <w:t xml:space="preserve">. </w:t>
      </w:r>
      <w:r w:rsidRPr="00EC65F6">
        <w:t>Każdy uczestnik może reprezentować wyłącznie jedną drużynę.</w:t>
      </w:r>
    </w:p>
    <w:p w14:paraId="2B1804F8" w14:textId="1B8C1BFB" w:rsidR="00D05D48" w:rsidRDefault="00A5582A">
      <w:pPr>
        <w:ind w:left="198" w:hanging="198"/>
      </w:pPr>
      <w:r>
        <w:rPr>
          <w:b/>
        </w:rPr>
        <w:t>5.</w:t>
      </w:r>
      <w:r>
        <w:t xml:space="preserve"> Zawodnicy muszą posiadać </w:t>
      </w:r>
      <w:r w:rsidR="00BB096E">
        <w:t>strój</w:t>
      </w:r>
      <w:r>
        <w:t xml:space="preserve"> sportowy</w:t>
      </w:r>
      <w:r w:rsidR="00BB096E">
        <w:t xml:space="preserve"> </w:t>
      </w:r>
      <w:r>
        <w:t>(mile widziane koszulki wydziałowe) oraz czyste obuwie sportowe.</w:t>
      </w:r>
    </w:p>
    <w:p w14:paraId="67DF16C7" w14:textId="77777777" w:rsidR="00137BEF" w:rsidRPr="00EC65F6" w:rsidRDefault="00137BEF">
      <w:pPr>
        <w:ind w:left="198" w:hanging="198"/>
      </w:pPr>
    </w:p>
    <w:p w14:paraId="7B276485" w14:textId="77777777" w:rsidR="00137BEF" w:rsidRDefault="00137BEF">
      <w:pPr>
        <w:pStyle w:val="Nagwek1"/>
        <w:rPr>
          <w:i/>
          <w:iCs/>
          <w:color w:val="943634" w:themeColor="accent2" w:themeShade="BF"/>
        </w:rPr>
      </w:pPr>
    </w:p>
    <w:p w14:paraId="2238F7D9" w14:textId="7479AE7A" w:rsidR="00D73C84" w:rsidRPr="00EC65F6" w:rsidRDefault="003A6B0B">
      <w:pPr>
        <w:pStyle w:val="Nagwek1"/>
        <w:rPr>
          <w:i/>
          <w:iCs/>
          <w:color w:val="943634" w:themeColor="accent2" w:themeShade="BF"/>
        </w:rPr>
      </w:pPr>
      <w:r w:rsidRPr="00EC65F6">
        <w:rPr>
          <w:i/>
          <w:iCs/>
          <w:color w:val="943634" w:themeColor="accent2" w:themeShade="BF"/>
        </w:rPr>
        <w:t>III Zgłoszenie drużyny</w:t>
      </w:r>
    </w:p>
    <w:p w14:paraId="7E890CA1" w14:textId="00A5D4DC" w:rsidR="00D73C84" w:rsidRPr="00EC65F6" w:rsidRDefault="00137BEF">
      <w:pPr>
        <w:ind w:left="198" w:hanging="198"/>
      </w:pPr>
      <w:r w:rsidRPr="00EC65F6">
        <w:rPr>
          <w:b/>
        </w:rPr>
        <w:t xml:space="preserve">1. </w:t>
      </w:r>
      <w:r w:rsidRPr="00EC65F6">
        <w:t xml:space="preserve">Zgłoszenie reprezentacji dokonuje </w:t>
      </w:r>
      <w:r w:rsidR="00635070">
        <w:t>kapitan drużyny</w:t>
      </w:r>
      <w:r w:rsidRPr="00EC65F6">
        <w:t xml:space="preserve"> wyznaczon</w:t>
      </w:r>
      <w:r w:rsidR="00155A9D">
        <w:t>y</w:t>
      </w:r>
      <w:r w:rsidRPr="00EC65F6">
        <w:t xml:space="preserve"> przez dan</w:t>
      </w:r>
      <w:r w:rsidR="00E45F45">
        <w:t xml:space="preserve">y wydział </w:t>
      </w:r>
      <w:r w:rsidR="00155A9D">
        <w:t xml:space="preserve">na </w:t>
      </w:r>
      <w:r w:rsidR="00E45F45">
        <w:t xml:space="preserve">adres </w:t>
      </w:r>
      <w:hyperlink r:id="rId12" w:history="1">
        <w:r w:rsidR="005658DC" w:rsidRPr="007C77E4">
          <w:rPr>
            <w:rStyle w:val="Hipercze"/>
          </w:rPr>
          <w:t>konradkowalewski@pbs.edu.pl</w:t>
        </w:r>
      </w:hyperlink>
      <w:r w:rsidR="005658DC">
        <w:t xml:space="preserve"> do dnia 18 listopada 2026r.</w:t>
      </w:r>
      <w:r w:rsidR="00D32D21">
        <w:t>(środa)</w:t>
      </w:r>
      <w:r w:rsidR="00155A9D">
        <w:t>.</w:t>
      </w:r>
    </w:p>
    <w:p w14:paraId="6AB683A8" w14:textId="337F7295" w:rsidR="00D73C84" w:rsidRPr="00EC65F6" w:rsidRDefault="00137BEF">
      <w:pPr>
        <w:ind w:left="198" w:hanging="198"/>
      </w:pPr>
      <w:r w:rsidRPr="00EC65F6">
        <w:rPr>
          <w:b/>
        </w:rPr>
        <w:t xml:space="preserve">2. </w:t>
      </w:r>
      <w:r w:rsidRPr="00EC65F6">
        <w:t xml:space="preserve">Zgłoszenie powinno zawierać: nazwę </w:t>
      </w:r>
      <w:r w:rsidR="00155A9D">
        <w:t xml:space="preserve">Wydziału </w:t>
      </w:r>
      <w:r w:rsidRPr="00EC65F6">
        <w:t>reprezentacji, imię i nazwisko zawodnikó</w:t>
      </w:r>
      <w:r w:rsidR="00BD414A">
        <w:t>w</w:t>
      </w:r>
      <w:r w:rsidRPr="00EC65F6">
        <w:t>, wskazanie kapitana drużyny oraz wskazanie zawodników rezerwowych.</w:t>
      </w:r>
      <w:r w:rsidR="00CA505D">
        <w:t xml:space="preserve"> Formularz poniżej.</w:t>
      </w:r>
    </w:p>
    <w:p w14:paraId="65CE98AD" w14:textId="77777777" w:rsidR="00D73C84" w:rsidRPr="00EC65F6" w:rsidRDefault="00137BEF">
      <w:pPr>
        <w:ind w:left="198" w:hanging="198"/>
      </w:pPr>
      <w:r w:rsidRPr="00EC65F6">
        <w:rPr>
          <w:b/>
        </w:rPr>
        <w:t xml:space="preserve">4. </w:t>
      </w:r>
      <w:r w:rsidRPr="00EC65F6">
        <w:t>Po zamknięciu listy zgłoszeń zmiana składu podstawowego może nastąpić wyłącznie w uzasadnionych przypadkach i za zgodą Organizatora.</w:t>
      </w:r>
    </w:p>
    <w:p w14:paraId="41C41611" w14:textId="4C0D7999" w:rsidR="00D73C84" w:rsidRDefault="00137BEF">
      <w:pPr>
        <w:pStyle w:val="Nagwek1"/>
        <w:rPr>
          <w:i/>
          <w:iCs/>
          <w:color w:val="943634" w:themeColor="accent2" w:themeShade="BF"/>
        </w:rPr>
      </w:pPr>
      <w:r w:rsidRPr="00EC65F6">
        <w:t xml:space="preserve"> </w:t>
      </w:r>
      <w:r w:rsidR="003A6B0B" w:rsidRPr="00EC65F6">
        <w:rPr>
          <w:i/>
          <w:iCs/>
          <w:color w:val="943634" w:themeColor="accent2" w:themeShade="BF"/>
        </w:rPr>
        <w:t>IV</w:t>
      </w:r>
      <w:r w:rsidRPr="00EC65F6">
        <w:rPr>
          <w:i/>
          <w:iCs/>
          <w:color w:val="943634" w:themeColor="accent2" w:themeShade="BF"/>
        </w:rPr>
        <w:t xml:space="preserve"> </w:t>
      </w:r>
      <w:r w:rsidR="00872E94">
        <w:rPr>
          <w:i/>
          <w:iCs/>
          <w:color w:val="943634" w:themeColor="accent2" w:themeShade="BF"/>
        </w:rPr>
        <w:t>Z</w:t>
      </w:r>
      <w:r w:rsidRPr="00EC65F6">
        <w:rPr>
          <w:i/>
          <w:iCs/>
          <w:color w:val="943634" w:themeColor="accent2" w:themeShade="BF"/>
        </w:rPr>
        <w:t>miany zawodników</w:t>
      </w:r>
    </w:p>
    <w:p w14:paraId="7CAC9808" w14:textId="77777777" w:rsidR="008A5620" w:rsidRPr="008A5620" w:rsidRDefault="008A5620" w:rsidP="008A5620"/>
    <w:p w14:paraId="6E0C744C" w14:textId="5232FC3E" w:rsidR="00D73C84" w:rsidRPr="00EC65F6" w:rsidRDefault="00542582">
      <w:pPr>
        <w:ind w:left="198" w:hanging="198"/>
      </w:pPr>
      <w:r>
        <w:rPr>
          <w:b/>
        </w:rPr>
        <w:t>1</w:t>
      </w:r>
      <w:r w:rsidRPr="00EC65F6">
        <w:rPr>
          <w:b/>
        </w:rPr>
        <w:t xml:space="preserve">. </w:t>
      </w:r>
      <w:r w:rsidRPr="00EC65F6">
        <w:t>Zawodnicy rezerwowi mogą zastępować zawodników podstawowych</w:t>
      </w:r>
      <w:r w:rsidR="001A277A">
        <w:t xml:space="preserve"> bez ograniczeń</w:t>
      </w:r>
      <w:r w:rsidRPr="00EC65F6">
        <w:t xml:space="preserve"> pomiędzy poszczególnymi konkurencjami</w:t>
      </w:r>
      <w:r w:rsidR="008A5620">
        <w:t xml:space="preserve"> z zachowaniem zasady</w:t>
      </w:r>
      <w:r w:rsidR="00C5157B">
        <w:t>, że zawsze jest równa ilość kobiet i mężczyzn w danej konkurencji.</w:t>
      </w:r>
    </w:p>
    <w:p w14:paraId="6ED68782" w14:textId="6DE62227" w:rsidR="00D73C84" w:rsidRPr="00EC65F6" w:rsidRDefault="00542582">
      <w:pPr>
        <w:ind w:left="198" w:hanging="198"/>
      </w:pPr>
      <w:r>
        <w:rPr>
          <w:b/>
        </w:rPr>
        <w:t>2</w:t>
      </w:r>
      <w:r w:rsidRPr="00EC65F6">
        <w:rPr>
          <w:b/>
        </w:rPr>
        <w:t xml:space="preserve">. </w:t>
      </w:r>
      <w:r w:rsidRPr="00EC65F6">
        <w:t>Zmian</w:t>
      </w:r>
      <w:r w:rsidR="007A62DA">
        <w:t>y</w:t>
      </w:r>
      <w:r w:rsidRPr="00EC65F6">
        <w:t xml:space="preserve"> zawodnik</w:t>
      </w:r>
      <w:r w:rsidR="007A62DA">
        <w:t>ów rezerwowych nie wymagają zgłoszeń pomiędzy konkurencjami</w:t>
      </w:r>
      <w:r w:rsidR="001A277A">
        <w:t>.</w:t>
      </w:r>
    </w:p>
    <w:p w14:paraId="2C006B9D" w14:textId="213734EA" w:rsidR="00D73C84" w:rsidRPr="00EC65F6" w:rsidRDefault="00542582" w:rsidP="00FB7449">
      <w:pPr>
        <w:ind w:left="198" w:hanging="198"/>
      </w:pPr>
      <w:r>
        <w:rPr>
          <w:b/>
        </w:rPr>
        <w:t>3</w:t>
      </w:r>
      <w:r w:rsidRPr="00EC65F6">
        <w:rPr>
          <w:b/>
        </w:rPr>
        <w:t xml:space="preserve">. </w:t>
      </w:r>
      <w:r w:rsidRPr="00EC65F6">
        <w:t>Po rozpoczęciu danej konkurencji nie dopuszcza się zmian zawodników</w:t>
      </w:r>
      <w:r w:rsidR="00801CD0">
        <w:t xml:space="preserve"> rezerwowych.</w:t>
      </w:r>
    </w:p>
    <w:p w14:paraId="0D688C84" w14:textId="763F85F8" w:rsidR="00D73C84" w:rsidRPr="00EC65F6" w:rsidRDefault="003A6B0B">
      <w:pPr>
        <w:pStyle w:val="Nagwek1"/>
        <w:rPr>
          <w:i/>
          <w:iCs/>
        </w:rPr>
      </w:pPr>
      <w:r w:rsidRPr="00EC65F6">
        <w:rPr>
          <w:i/>
          <w:iCs/>
          <w:color w:val="943634" w:themeColor="accent2" w:themeShade="BF"/>
        </w:rPr>
        <w:t>V Formuła Turnieju</w:t>
      </w:r>
    </w:p>
    <w:p w14:paraId="7EE36536" w14:textId="77777777" w:rsidR="00D73C84" w:rsidRPr="00EC65F6" w:rsidRDefault="00137BEF">
      <w:pPr>
        <w:ind w:left="198" w:hanging="198"/>
      </w:pPr>
      <w:r w:rsidRPr="00EC65F6">
        <w:rPr>
          <w:b/>
        </w:rPr>
        <w:t xml:space="preserve">1. </w:t>
      </w:r>
      <w:r w:rsidRPr="00EC65F6">
        <w:t>Turniej składa się z konkurencji sportowych, sprawnościowych oraz integracyjnych.</w:t>
      </w:r>
    </w:p>
    <w:p w14:paraId="74AED0D5" w14:textId="77777777" w:rsidR="00D73C84" w:rsidRPr="00EC65F6" w:rsidRDefault="00137BEF">
      <w:pPr>
        <w:ind w:left="198" w:hanging="198"/>
      </w:pPr>
      <w:r w:rsidRPr="00EC65F6">
        <w:rPr>
          <w:b/>
        </w:rPr>
        <w:t xml:space="preserve">2. </w:t>
      </w:r>
      <w:r w:rsidRPr="00EC65F6">
        <w:t>Wszystkie drużyny rozpoczynają Turniej z dorobkiem 0 punktów.</w:t>
      </w:r>
    </w:p>
    <w:p w14:paraId="718E8445" w14:textId="77777777" w:rsidR="00D73C84" w:rsidRPr="00EC65F6" w:rsidRDefault="00137BEF">
      <w:pPr>
        <w:ind w:left="198" w:hanging="198"/>
      </w:pPr>
      <w:r w:rsidRPr="00EC65F6">
        <w:rPr>
          <w:b/>
        </w:rPr>
        <w:t xml:space="preserve">3. </w:t>
      </w:r>
      <w:r w:rsidRPr="00EC65F6">
        <w:t>Ostateczne miejsce drużyny ustala się na podstawie sumy punktów uzyskanych we wszystkich konkurencjach.</w:t>
      </w:r>
    </w:p>
    <w:p w14:paraId="037545E1" w14:textId="4F84BD05" w:rsidR="00D73C84" w:rsidRPr="00EC65F6" w:rsidRDefault="00137BEF">
      <w:pPr>
        <w:ind w:left="198" w:hanging="198"/>
        <w:rPr>
          <w:color w:val="000000" w:themeColor="text1"/>
          <w:u w:val="single"/>
        </w:rPr>
      </w:pPr>
      <w:r w:rsidRPr="00EC65F6">
        <w:rPr>
          <w:b/>
        </w:rPr>
        <w:t xml:space="preserve">4. </w:t>
      </w:r>
      <w:r w:rsidRPr="00EC65F6">
        <w:t xml:space="preserve">Organizator przed rozpoczęciem Turnieju przedstawia uczestnikom szczegółowe zasady każdej </w:t>
      </w:r>
      <w:r w:rsidRPr="00EC65F6">
        <w:rPr>
          <w:color w:val="000000" w:themeColor="text1"/>
        </w:rPr>
        <w:t>konkurencji</w:t>
      </w:r>
      <w:r w:rsidR="00CD5685" w:rsidRPr="00EC65F6">
        <w:rPr>
          <w:color w:val="C00000"/>
        </w:rPr>
        <w:t xml:space="preserve"> </w:t>
      </w:r>
      <w:r w:rsidR="00CD5685" w:rsidRPr="00EC65F6">
        <w:rPr>
          <w:color w:val="000000" w:themeColor="text1"/>
        </w:rPr>
        <w:t xml:space="preserve">a przed każdą konkurencją jest pokaz zadania. </w:t>
      </w:r>
    </w:p>
    <w:p w14:paraId="232EAECB" w14:textId="286E7430" w:rsidR="00D73C84" w:rsidRPr="00EC65F6" w:rsidRDefault="003A6B0B">
      <w:pPr>
        <w:pStyle w:val="Nagwek1"/>
        <w:rPr>
          <w:i/>
          <w:iCs/>
        </w:rPr>
      </w:pPr>
      <w:r w:rsidRPr="00EC65F6">
        <w:rPr>
          <w:i/>
          <w:iCs/>
          <w:color w:val="943634" w:themeColor="accent2" w:themeShade="BF"/>
        </w:rPr>
        <w:t>VI Punktacja</w:t>
      </w:r>
    </w:p>
    <w:p w14:paraId="68B8A29E" w14:textId="1B1A532B" w:rsidR="00CD5685" w:rsidRPr="00AC36C7" w:rsidRDefault="00137BEF" w:rsidP="00AC36C7">
      <w:pPr>
        <w:ind w:left="198" w:hanging="198"/>
      </w:pPr>
      <w:r w:rsidRPr="00EC65F6">
        <w:rPr>
          <w:b/>
        </w:rPr>
        <w:t xml:space="preserve">1. </w:t>
      </w:r>
      <w:r w:rsidRPr="00EC65F6">
        <w:t xml:space="preserve">Za każdą konkurencję drużyny </w:t>
      </w:r>
      <w:r w:rsidR="00B43B60">
        <w:t>otrzymują punkty od 1-10 pkt.</w:t>
      </w:r>
    </w:p>
    <w:p w14:paraId="173D41C0" w14:textId="325457CA" w:rsidR="00D73C84" w:rsidRPr="00EC65F6" w:rsidRDefault="00137BEF">
      <w:r w:rsidRPr="00EC65F6">
        <w:rPr>
          <w:b/>
        </w:rPr>
        <w:t xml:space="preserve">2. </w:t>
      </w:r>
      <w:r w:rsidRPr="00EC65F6">
        <w:t>Zwycięzcą Turnieju zostaje drużyna, która po zakończeniu wszystkich konkurencji uzyska największą łączną liczbę punktów.</w:t>
      </w:r>
    </w:p>
    <w:p w14:paraId="24102D02" w14:textId="1C60C722" w:rsidR="00D73C84" w:rsidRPr="00EC65F6" w:rsidRDefault="00137BEF">
      <w:r w:rsidRPr="00EC65F6">
        <w:rPr>
          <w:b/>
        </w:rPr>
        <w:t xml:space="preserve">3. </w:t>
      </w:r>
      <w:r w:rsidRPr="00EC65F6">
        <w:t xml:space="preserve">W przypadku równej liczby punktów o </w:t>
      </w:r>
      <w:r w:rsidR="004E78CC">
        <w:t xml:space="preserve">wygranej zadecydują </w:t>
      </w:r>
      <w:r w:rsidR="004C15E8">
        <w:t>konkurencje</w:t>
      </w:r>
      <w:r w:rsidR="004E78CC">
        <w:t xml:space="preserve"> bonusowe</w:t>
      </w:r>
      <w:r w:rsidR="004C15E8">
        <w:t>.</w:t>
      </w:r>
    </w:p>
    <w:p w14:paraId="1B9B596E" w14:textId="53C54474" w:rsidR="00D73C84" w:rsidRPr="00EC65F6" w:rsidRDefault="00CD5685">
      <w:pPr>
        <w:pStyle w:val="Nagwek1"/>
        <w:rPr>
          <w:i/>
          <w:iCs/>
          <w:color w:val="943634" w:themeColor="accent2" w:themeShade="BF"/>
        </w:rPr>
      </w:pPr>
      <w:r w:rsidRPr="00EC65F6">
        <w:rPr>
          <w:i/>
          <w:iCs/>
          <w:color w:val="943634" w:themeColor="accent2" w:themeShade="BF"/>
        </w:rPr>
        <w:t>VII Zasady fair play</w:t>
      </w:r>
    </w:p>
    <w:p w14:paraId="31C2912D" w14:textId="77777777" w:rsidR="00D73C84" w:rsidRPr="00EC65F6" w:rsidRDefault="00137BEF">
      <w:pPr>
        <w:ind w:left="198" w:hanging="198"/>
      </w:pPr>
      <w:r w:rsidRPr="00EC65F6">
        <w:rPr>
          <w:b/>
        </w:rPr>
        <w:t xml:space="preserve">1. </w:t>
      </w:r>
      <w:r w:rsidRPr="00EC65F6">
        <w:t>Wszystkich uczestników obowiązuje zasada fair play.</w:t>
      </w:r>
    </w:p>
    <w:p w14:paraId="10483861" w14:textId="77777777" w:rsidR="00D73C84" w:rsidRPr="00EC65F6" w:rsidRDefault="00137BEF">
      <w:pPr>
        <w:ind w:left="198" w:hanging="198"/>
      </w:pPr>
      <w:r w:rsidRPr="00EC65F6">
        <w:rPr>
          <w:b/>
        </w:rPr>
        <w:t xml:space="preserve">2. </w:t>
      </w:r>
      <w:r w:rsidRPr="00EC65F6">
        <w:t>Niedopuszczalne jest celowe utrudnianie rywalizacji innym drużynom, niesportowe zachowanie, obrażanie zawodników, sędziów lub Organizatora oraz zachowanie zagrażające bezpieczeństwu uczestników.</w:t>
      </w:r>
    </w:p>
    <w:p w14:paraId="3DA78A39" w14:textId="77777777" w:rsidR="00D73C84" w:rsidRDefault="00137BEF">
      <w:pPr>
        <w:ind w:left="198" w:hanging="198"/>
      </w:pPr>
      <w:r w:rsidRPr="00EC65F6">
        <w:rPr>
          <w:b/>
        </w:rPr>
        <w:t xml:space="preserve">3. </w:t>
      </w:r>
      <w:r w:rsidRPr="00EC65F6">
        <w:t>W przypadku rażącego naruszenia zasad Organizator może nałożyć karę punktową lub wykluczyć zawodnika, a w szczególnych przypadkach całą drużynę z Turnieju.</w:t>
      </w:r>
    </w:p>
    <w:p w14:paraId="3AC84A1A" w14:textId="77777777" w:rsidR="00137BEF" w:rsidRPr="00EC65F6" w:rsidRDefault="00137BEF">
      <w:pPr>
        <w:ind w:left="198" w:hanging="198"/>
      </w:pPr>
    </w:p>
    <w:p w14:paraId="5F6E9442" w14:textId="73CEE7D8" w:rsidR="00D73C84" w:rsidRPr="00EC65F6" w:rsidRDefault="00CD5685">
      <w:pPr>
        <w:pStyle w:val="Nagwek1"/>
        <w:rPr>
          <w:i/>
          <w:iCs/>
          <w:color w:val="943634" w:themeColor="accent2" w:themeShade="BF"/>
        </w:rPr>
      </w:pPr>
      <w:r w:rsidRPr="00EC65F6">
        <w:rPr>
          <w:i/>
          <w:iCs/>
          <w:color w:val="943634" w:themeColor="accent2" w:themeShade="BF"/>
        </w:rPr>
        <w:t>VIII Bezpieczeństwo</w:t>
      </w:r>
    </w:p>
    <w:p w14:paraId="4FBB3EC9" w14:textId="0019F4E0" w:rsidR="00D73C84" w:rsidRPr="00EC65F6" w:rsidRDefault="00137BEF" w:rsidP="00B67CA4">
      <w:pPr>
        <w:ind w:left="198" w:hanging="198"/>
      </w:pPr>
      <w:r w:rsidRPr="00EC65F6">
        <w:rPr>
          <w:b/>
        </w:rPr>
        <w:t xml:space="preserve">1. </w:t>
      </w:r>
      <w:r w:rsidRPr="00EC65F6">
        <w:t>Uczestnicy zobowiązani są do przestrzegania zasad bezpieczeństwa oraz poleceń Organizatora, sędziów i obsługi technicznej.</w:t>
      </w:r>
    </w:p>
    <w:p w14:paraId="5D649170" w14:textId="24229327" w:rsidR="00D73C84" w:rsidRPr="00EC65F6" w:rsidRDefault="00B67CA4">
      <w:pPr>
        <w:ind w:left="198" w:hanging="198"/>
      </w:pPr>
      <w:r>
        <w:rPr>
          <w:b/>
        </w:rPr>
        <w:t>2</w:t>
      </w:r>
      <w:r w:rsidR="00137BEF" w:rsidRPr="00EC65F6">
        <w:rPr>
          <w:b/>
        </w:rPr>
        <w:t xml:space="preserve">. </w:t>
      </w:r>
      <w:r w:rsidR="00137BEF" w:rsidRPr="00EC65F6">
        <w:t>Organizator zapewnia warunki umożliwiające bezpieczne przeprowadzenie Turnieju, adekwatne do charakteru poszczególnych konkurencji.</w:t>
      </w:r>
    </w:p>
    <w:p w14:paraId="762C6F85" w14:textId="125B6936" w:rsidR="00D73C84" w:rsidRPr="00EC65F6" w:rsidRDefault="00B67CA4">
      <w:pPr>
        <w:ind w:left="198" w:hanging="198"/>
      </w:pPr>
      <w:r>
        <w:rPr>
          <w:b/>
        </w:rPr>
        <w:t>3</w:t>
      </w:r>
      <w:r w:rsidR="00137BEF" w:rsidRPr="00EC65F6">
        <w:rPr>
          <w:b/>
        </w:rPr>
        <w:t xml:space="preserve">. </w:t>
      </w:r>
      <w:r w:rsidR="00137BEF" w:rsidRPr="00EC65F6">
        <w:t>W przypadku wystąpienia urazu lub złego samopoczucia zawodnik zobowiązany jest niezwłocznie poinformować Organizatora</w:t>
      </w:r>
      <w:r w:rsidR="00512370">
        <w:t xml:space="preserve"> oraz </w:t>
      </w:r>
      <w:r w:rsidR="00EF3C41">
        <w:t>poinformo</w:t>
      </w:r>
      <w:r w:rsidR="006438EC">
        <w:t>wać</w:t>
      </w:r>
      <w:r w:rsidR="00512370">
        <w:t xml:space="preserve"> ratownika medycznego, czuwającego nad bezp</w:t>
      </w:r>
      <w:r w:rsidR="00B670C4">
        <w:t>i</w:t>
      </w:r>
      <w:r w:rsidR="00512370">
        <w:t>eczeństwem</w:t>
      </w:r>
      <w:r w:rsidR="00B670C4">
        <w:t xml:space="preserve"> podczas zawodów.</w:t>
      </w:r>
    </w:p>
    <w:p w14:paraId="21BF287F" w14:textId="7EF5D6A7" w:rsidR="00D73C84" w:rsidRPr="00EC65F6" w:rsidRDefault="00CD5685">
      <w:pPr>
        <w:pStyle w:val="Nagwek1"/>
        <w:rPr>
          <w:i/>
          <w:iCs/>
          <w:color w:val="943634" w:themeColor="accent2" w:themeShade="BF"/>
        </w:rPr>
      </w:pPr>
      <w:r w:rsidRPr="00EC65F6">
        <w:rPr>
          <w:i/>
          <w:iCs/>
          <w:color w:val="943634" w:themeColor="accent2" w:themeShade="BF"/>
        </w:rPr>
        <w:t>IX Nagrody</w:t>
      </w:r>
    </w:p>
    <w:p w14:paraId="3D814842" w14:textId="77777777" w:rsidR="00D73C84" w:rsidRPr="00EC65F6" w:rsidRDefault="00137BEF">
      <w:pPr>
        <w:ind w:left="198" w:hanging="198"/>
      </w:pPr>
      <w:r w:rsidRPr="00EC65F6">
        <w:rPr>
          <w:b/>
        </w:rPr>
        <w:t xml:space="preserve">1. </w:t>
      </w:r>
      <w:r w:rsidRPr="00EC65F6">
        <w:t>Zwycięska drużyna otrzymuje tytuł „BORDOWY MIŚ POLITECHNIKI BYDGOSKIEJ 2026/2027”.</w:t>
      </w:r>
    </w:p>
    <w:p w14:paraId="4E7EC656" w14:textId="640350F6" w:rsidR="00C40DCC" w:rsidRDefault="00137BEF" w:rsidP="003C322A">
      <w:pPr>
        <w:ind w:left="198" w:hanging="198"/>
      </w:pPr>
      <w:r w:rsidRPr="00EC65F6">
        <w:rPr>
          <w:b/>
        </w:rPr>
        <w:t xml:space="preserve">2. </w:t>
      </w:r>
      <w:r w:rsidR="00475EF8">
        <w:t>Zwycięzca otrzyma „Bordowego Misia</w:t>
      </w:r>
      <w:r w:rsidR="003373A2">
        <w:t xml:space="preserve">” </w:t>
      </w:r>
      <w:r w:rsidR="00475EF8">
        <w:t xml:space="preserve">oraz </w:t>
      </w:r>
      <w:r w:rsidR="003373A2">
        <w:t>P</w:t>
      </w:r>
      <w:r w:rsidR="00475EF8">
        <w:t>ucha</w:t>
      </w:r>
      <w:r w:rsidR="003373A2">
        <w:t>r</w:t>
      </w:r>
      <w:r w:rsidR="00475EF8">
        <w:t xml:space="preserve"> przechodni. </w:t>
      </w:r>
    </w:p>
    <w:p w14:paraId="3504024E" w14:textId="0DDCF814" w:rsidR="003C322A" w:rsidRPr="00EC65F6" w:rsidRDefault="003C322A" w:rsidP="003C322A">
      <w:pPr>
        <w:ind w:left="198" w:hanging="198"/>
      </w:pPr>
      <w:r>
        <w:rPr>
          <w:b/>
        </w:rPr>
        <w:t>3.</w:t>
      </w:r>
      <w:r>
        <w:t xml:space="preserve"> II-III miejsce statuetki</w:t>
      </w:r>
      <w:r w:rsidR="003373A2">
        <w:t>, pozostałe drużyny dyplomy.</w:t>
      </w:r>
    </w:p>
    <w:p w14:paraId="6E24D5C0" w14:textId="3BD6A6CB" w:rsidR="00D73C84" w:rsidRPr="00EC65F6" w:rsidRDefault="00CD5685">
      <w:pPr>
        <w:pStyle w:val="Nagwek1"/>
        <w:rPr>
          <w:i/>
          <w:iCs/>
          <w:color w:val="943634" w:themeColor="accent2" w:themeShade="BF"/>
        </w:rPr>
      </w:pPr>
      <w:r w:rsidRPr="00EC65F6">
        <w:rPr>
          <w:i/>
          <w:iCs/>
          <w:color w:val="943634" w:themeColor="accent2" w:themeShade="BF"/>
        </w:rPr>
        <w:t>X Sędziowanie</w:t>
      </w:r>
    </w:p>
    <w:p w14:paraId="16290D8E" w14:textId="5B5126B1" w:rsidR="00D73C84" w:rsidRPr="00EC65F6" w:rsidRDefault="00137BEF">
      <w:pPr>
        <w:ind w:left="198" w:hanging="198"/>
      </w:pPr>
      <w:r w:rsidRPr="00EC65F6">
        <w:rPr>
          <w:b/>
        </w:rPr>
        <w:t xml:space="preserve">1. </w:t>
      </w:r>
      <w:r w:rsidRPr="00EC65F6">
        <w:t>Nad prawidłowym przebiegiem Turnieju czuwa sędzia główny</w:t>
      </w:r>
      <w:r w:rsidR="008F12FB">
        <w:t xml:space="preserve">, sędziowie </w:t>
      </w:r>
      <w:r w:rsidR="000737D9">
        <w:t xml:space="preserve">techniczni </w:t>
      </w:r>
      <w:r w:rsidRPr="00EC65F6">
        <w:t>oraz osoby wyznaczone przez Organizatora.</w:t>
      </w:r>
    </w:p>
    <w:p w14:paraId="187769A1" w14:textId="04ECA91A" w:rsidR="00D73C84" w:rsidRPr="00EC65F6" w:rsidRDefault="00ED657F">
      <w:pPr>
        <w:ind w:left="198" w:hanging="198"/>
      </w:pPr>
      <w:r>
        <w:rPr>
          <w:b/>
        </w:rPr>
        <w:t>2</w:t>
      </w:r>
      <w:r w:rsidR="000737D9" w:rsidRPr="00EC65F6">
        <w:rPr>
          <w:b/>
        </w:rPr>
        <w:t xml:space="preserve">. </w:t>
      </w:r>
      <w:r w:rsidR="000737D9" w:rsidRPr="00EC65F6">
        <w:t>Decyzja sędziego głównego w sprawach spornych jest ostateczna.</w:t>
      </w:r>
    </w:p>
    <w:p w14:paraId="381C15D0" w14:textId="2C5B982B" w:rsidR="00D73C84" w:rsidRPr="00EC65F6" w:rsidRDefault="00CD5685">
      <w:pPr>
        <w:pStyle w:val="Nagwek1"/>
        <w:rPr>
          <w:i/>
          <w:iCs/>
          <w:color w:val="943634" w:themeColor="accent2" w:themeShade="BF"/>
        </w:rPr>
      </w:pPr>
      <w:r w:rsidRPr="00EC65F6">
        <w:rPr>
          <w:i/>
          <w:iCs/>
          <w:color w:val="943634" w:themeColor="accent2" w:themeShade="BF"/>
        </w:rPr>
        <w:t>XI Postanowienia końcow</w:t>
      </w:r>
      <w:r w:rsidR="00E66BB0">
        <w:rPr>
          <w:i/>
          <w:iCs/>
          <w:color w:val="943634" w:themeColor="accent2" w:themeShade="BF"/>
        </w:rPr>
        <w:t>e.</w:t>
      </w:r>
    </w:p>
    <w:p w14:paraId="287D9B9D" w14:textId="77777777" w:rsidR="00D73C84" w:rsidRPr="00EC65F6" w:rsidRDefault="00137BEF">
      <w:pPr>
        <w:ind w:left="198" w:hanging="198"/>
      </w:pPr>
      <w:r w:rsidRPr="00EC65F6">
        <w:rPr>
          <w:b/>
        </w:rPr>
        <w:t xml:space="preserve">1. </w:t>
      </w:r>
      <w:r w:rsidRPr="00EC65F6">
        <w:t>Udział w Turnieju oznacza akceptację niniejszego Regulaminu.</w:t>
      </w:r>
    </w:p>
    <w:p w14:paraId="75C7A1B6" w14:textId="77777777" w:rsidR="00D73C84" w:rsidRPr="00EC65F6" w:rsidRDefault="00137BEF">
      <w:pPr>
        <w:ind w:left="198" w:hanging="198"/>
      </w:pPr>
      <w:r w:rsidRPr="00EC65F6">
        <w:rPr>
          <w:b/>
        </w:rPr>
        <w:t xml:space="preserve">2. </w:t>
      </w:r>
      <w:r w:rsidRPr="00EC65F6">
        <w:t>Organizator zastrzega sobie prawo do zmiany kolejności konkurencji, harmonogramu oraz szczegółowych zasad poszczególnych konkurencji z przyczyn organizacyjnych lub bezpieczeństwa.</w:t>
      </w:r>
    </w:p>
    <w:p w14:paraId="0693AE7E" w14:textId="77777777" w:rsidR="00D73C84" w:rsidRPr="00EC65F6" w:rsidRDefault="00137BEF">
      <w:pPr>
        <w:ind w:left="198" w:hanging="198"/>
      </w:pPr>
      <w:r w:rsidRPr="00EC65F6">
        <w:rPr>
          <w:b/>
        </w:rPr>
        <w:t xml:space="preserve">3. </w:t>
      </w:r>
      <w:r w:rsidRPr="00EC65F6">
        <w:t>O wszelkich zmianach uczestnicy zostaną poinformowani przed rozpoczęciem odpowiedniej konkurencji.</w:t>
      </w:r>
    </w:p>
    <w:p w14:paraId="6A99D67C" w14:textId="77777777" w:rsidR="00D73C84" w:rsidRPr="00EC65F6" w:rsidRDefault="00137BEF">
      <w:pPr>
        <w:ind w:left="198" w:hanging="198"/>
      </w:pPr>
      <w:r w:rsidRPr="00EC65F6">
        <w:rPr>
          <w:b/>
        </w:rPr>
        <w:t xml:space="preserve">4. </w:t>
      </w:r>
      <w:r w:rsidRPr="00EC65F6">
        <w:t>W sprawach nieuregulowanych niniejszym Regulaminem decyzję podejmuje Organizator.</w:t>
      </w:r>
    </w:p>
    <w:p w14:paraId="2AC65486" w14:textId="77777777" w:rsidR="00D73C84" w:rsidRPr="00EC65F6" w:rsidRDefault="00137BEF">
      <w:pPr>
        <w:ind w:left="198" w:hanging="198"/>
      </w:pPr>
      <w:r w:rsidRPr="00EC65F6">
        <w:rPr>
          <w:b/>
        </w:rPr>
        <w:t xml:space="preserve">5. </w:t>
      </w:r>
      <w:r w:rsidRPr="00EC65F6">
        <w:t>Regulamin obowiązuje podczas Turnieju „Bordowy Miś Politechniki Bydgoskiej – Śniadeckich 2026/2027”.</w:t>
      </w:r>
    </w:p>
    <w:p w14:paraId="6E85D302" w14:textId="77777777" w:rsidR="00CD5685" w:rsidRPr="00EC65F6" w:rsidRDefault="00137BEF" w:rsidP="00CD5685">
      <w:r w:rsidRPr="00EC65F6">
        <w:br w:type="page"/>
      </w:r>
    </w:p>
    <w:p w14:paraId="65D109B1" w14:textId="77777777" w:rsidR="00CD5685" w:rsidRPr="00EC65F6" w:rsidRDefault="00CD5685" w:rsidP="00CD5685"/>
    <w:p w14:paraId="4DDDB6CF" w14:textId="77777777" w:rsidR="00CD5685" w:rsidRPr="00EC65F6" w:rsidRDefault="00CD5685" w:rsidP="00CD5685"/>
    <w:p w14:paraId="190E9FDE" w14:textId="77777777" w:rsidR="00CD5685" w:rsidRPr="00EC65F6" w:rsidRDefault="00CD5685" w:rsidP="00CD5685"/>
    <w:p w14:paraId="066F3245" w14:textId="6117D26D" w:rsidR="00D73C84" w:rsidRPr="00EC65F6" w:rsidRDefault="00CD5685" w:rsidP="00CD5685">
      <w:pPr>
        <w:rPr>
          <w:i/>
          <w:iCs/>
          <w:color w:val="943634" w:themeColor="accent2" w:themeShade="BF"/>
        </w:rPr>
      </w:pPr>
      <w:r w:rsidRPr="00EC65F6">
        <w:rPr>
          <w:i/>
          <w:iCs/>
          <w:color w:val="943634" w:themeColor="accent2" w:themeShade="BF"/>
        </w:rPr>
        <w:t>ZAŁĄCZNIK NR 1</w:t>
      </w:r>
    </w:p>
    <w:p w14:paraId="72E82F4B" w14:textId="53191F2F" w:rsidR="00D73C84" w:rsidRPr="00EC65F6" w:rsidRDefault="00137BEF">
      <w:pPr>
        <w:jc w:val="center"/>
      </w:pPr>
      <w:r w:rsidRPr="00EC65F6">
        <w:rPr>
          <w:b/>
        </w:rPr>
        <w:t>FORMULARZ ZGŁOSZENIOWY DRUŻYNY</w:t>
      </w:r>
      <w:r w:rsidRPr="00EC65F6">
        <w:rPr>
          <w:b/>
        </w:rPr>
        <w:br/>
        <w:t>„BORDOWY MIŚ POLITECHNIKI BYDGOSKIEJ ŚNIADECKICH 2026/2027”</w:t>
      </w:r>
    </w:p>
    <w:p w14:paraId="506B5338" w14:textId="49DFE19A" w:rsidR="00D73C84" w:rsidRPr="00EC65F6" w:rsidRDefault="00137BEF">
      <w:r w:rsidRPr="00EC65F6">
        <w:t>Nazwa reprezentacji</w:t>
      </w:r>
      <w:r w:rsidR="00E66BB0">
        <w:t>/Wydział</w:t>
      </w:r>
      <w:r w:rsidRPr="00EC65F6">
        <w:t xml:space="preserve"> ........................................................................................</w:t>
      </w:r>
    </w:p>
    <w:p w14:paraId="6975EC1E" w14:textId="77777777" w:rsidR="00D73C84" w:rsidRPr="00EC65F6" w:rsidRDefault="00137BEF">
      <w:r w:rsidRPr="00EC65F6">
        <w:t>Kapitan drużyny: ................................................................................................</w:t>
      </w:r>
    </w:p>
    <w:p w14:paraId="6BF03D59" w14:textId="093B7C62" w:rsidR="00D73C84" w:rsidRPr="00EC65F6" w:rsidRDefault="00137BEF">
      <w:r w:rsidRPr="00EC65F6">
        <w:t>Kontakt</w:t>
      </w:r>
      <w:r w:rsidR="00E66BB0">
        <w:t xml:space="preserve"> do kapitana</w:t>
      </w:r>
      <w:r w:rsidRPr="00EC65F6">
        <w:t xml:space="preserve"> (telefon): ................................................................................</w:t>
      </w:r>
    </w:p>
    <w:tbl>
      <w:tblPr>
        <w:tblStyle w:val="Tabela-Siatka"/>
        <w:tblW w:w="10173" w:type="dxa"/>
        <w:jc w:val="center"/>
        <w:tblLook w:val="04A0" w:firstRow="1" w:lastRow="0" w:firstColumn="1" w:lastColumn="0" w:noHBand="0" w:noVBand="1"/>
      </w:tblPr>
      <w:tblGrid>
        <w:gridCol w:w="2464"/>
        <w:gridCol w:w="2464"/>
        <w:gridCol w:w="1450"/>
        <w:gridCol w:w="1559"/>
        <w:gridCol w:w="2236"/>
      </w:tblGrid>
      <w:tr w:rsidR="006E0D25" w:rsidRPr="00EC65F6" w14:paraId="661AE51A" w14:textId="1421EFB5" w:rsidTr="004F481E">
        <w:trPr>
          <w:jc w:val="center"/>
        </w:trPr>
        <w:tc>
          <w:tcPr>
            <w:tcW w:w="2464" w:type="dxa"/>
          </w:tcPr>
          <w:p w14:paraId="7A6E623C" w14:textId="77777777" w:rsidR="006E0D25" w:rsidRPr="00EC65F6" w:rsidRDefault="006E0D25">
            <w:r w:rsidRPr="00EC65F6">
              <w:t>Lp.</w:t>
            </w:r>
          </w:p>
        </w:tc>
        <w:tc>
          <w:tcPr>
            <w:tcW w:w="2464" w:type="dxa"/>
          </w:tcPr>
          <w:p w14:paraId="77BB8F01" w14:textId="77777777" w:rsidR="006E0D25" w:rsidRPr="00EC65F6" w:rsidRDefault="006E0D25">
            <w:r w:rsidRPr="00EC65F6">
              <w:t>Imię i nazwisko</w:t>
            </w:r>
          </w:p>
        </w:tc>
        <w:tc>
          <w:tcPr>
            <w:tcW w:w="1450" w:type="dxa"/>
          </w:tcPr>
          <w:p w14:paraId="716A1943" w14:textId="77777777" w:rsidR="006E0D25" w:rsidRPr="00EC65F6" w:rsidRDefault="006E0D25">
            <w:r w:rsidRPr="00EC65F6">
              <w:t>K / M</w:t>
            </w:r>
          </w:p>
        </w:tc>
        <w:tc>
          <w:tcPr>
            <w:tcW w:w="1559" w:type="dxa"/>
          </w:tcPr>
          <w:p w14:paraId="6FE59764" w14:textId="77777777" w:rsidR="006E0D25" w:rsidRDefault="006E0D25">
            <w:r w:rsidRPr="00EC65F6">
              <w:t>Podstawowy / rezerwowy</w:t>
            </w:r>
          </w:p>
          <w:p w14:paraId="0E5821F1" w14:textId="4A929586" w:rsidR="001F0E46" w:rsidRPr="00EC65F6" w:rsidRDefault="001F0E46">
            <w:r>
              <w:t>P/R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14:paraId="74F5BCEE" w14:textId="7CCE3BFC" w:rsidR="006E0D25" w:rsidRPr="00EC65F6" w:rsidRDefault="00B20CE5">
            <w:pPr>
              <w:spacing w:after="200"/>
            </w:pPr>
            <w:r>
              <w:t>Podpis uczestnik</w:t>
            </w:r>
            <w:r w:rsidR="001877F7">
              <w:t>a</w:t>
            </w:r>
            <w:r w:rsidR="004F481E">
              <w:t>, potwierdz</w:t>
            </w:r>
            <w:r w:rsidR="001877F7">
              <w:t>ającego</w:t>
            </w:r>
            <w:r w:rsidR="004F481E">
              <w:t>, że stan zdrowia pozwala na udział w turnieju.</w:t>
            </w:r>
          </w:p>
        </w:tc>
      </w:tr>
      <w:tr w:rsidR="006E0D25" w:rsidRPr="00EC65F6" w14:paraId="7E4454AA" w14:textId="125DEFEC" w:rsidTr="004F481E">
        <w:trPr>
          <w:jc w:val="center"/>
        </w:trPr>
        <w:tc>
          <w:tcPr>
            <w:tcW w:w="2464" w:type="dxa"/>
          </w:tcPr>
          <w:p w14:paraId="30D40C62" w14:textId="77777777" w:rsidR="006E0D25" w:rsidRPr="00EC65F6" w:rsidRDefault="006E0D25">
            <w:r w:rsidRPr="00EC65F6">
              <w:t>1</w:t>
            </w:r>
          </w:p>
        </w:tc>
        <w:tc>
          <w:tcPr>
            <w:tcW w:w="2464" w:type="dxa"/>
          </w:tcPr>
          <w:p w14:paraId="51EBE1B2" w14:textId="77777777" w:rsidR="006E0D25" w:rsidRPr="00EC65F6" w:rsidRDefault="006E0D25"/>
        </w:tc>
        <w:tc>
          <w:tcPr>
            <w:tcW w:w="1450" w:type="dxa"/>
          </w:tcPr>
          <w:p w14:paraId="613E3830" w14:textId="77777777" w:rsidR="006E0D25" w:rsidRPr="00EC65F6" w:rsidRDefault="006E0D25"/>
        </w:tc>
        <w:tc>
          <w:tcPr>
            <w:tcW w:w="1559" w:type="dxa"/>
          </w:tcPr>
          <w:p w14:paraId="2AFE7111" w14:textId="77777777" w:rsidR="006E0D25" w:rsidRPr="00EC65F6" w:rsidRDefault="006E0D25"/>
        </w:tc>
        <w:tc>
          <w:tcPr>
            <w:tcW w:w="2236" w:type="dxa"/>
            <w:tcBorders>
              <w:bottom w:val="single" w:sz="4" w:space="0" w:color="auto"/>
            </w:tcBorders>
          </w:tcPr>
          <w:p w14:paraId="38C9F525" w14:textId="77777777" w:rsidR="006E0D25" w:rsidRPr="00EC65F6" w:rsidRDefault="006E0D25">
            <w:pPr>
              <w:spacing w:after="200"/>
            </w:pPr>
          </w:p>
        </w:tc>
      </w:tr>
      <w:tr w:rsidR="006E0D25" w:rsidRPr="00EC65F6" w14:paraId="316DD6CE" w14:textId="36CE6010" w:rsidTr="004F481E">
        <w:trPr>
          <w:jc w:val="center"/>
        </w:trPr>
        <w:tc>
          <w:tcPr>
            <w:tcW w:w="2464" w:type="dxa"/>
          </w:tcPr>
          <w:p w14:paraId="1E710681" w14:textId="77777777" w:rsidR="006E0D25" w:rsidRPr="00EC65F6" w:rsidRDefault="006E0D25">
            <w:r w:rsidRPr="00EC65F6">
              <w:t>2</w:t>
            </w:r>
          </w:p>
        </w:tc>
        <w:tc>
          <w:tcPr>
            <w:tcW w:w="2464" w:type="dxa"/>
          </w:tcPr>
          <w:p w14:paraId="7113495E" w14:textId="77777777" w:rsidR="006E0D25" w:rsidRPr="00EC65F6" w:rsidRDefault="006E0D25"/>
        </w:tc>
        <w:tc>
          <w:tcPr>
            <w:tcW w:w="1450" w:type="dxa"/>
          </w:tcPr>
          <w:p w14:paraId="0BF2986F" w14:textId="77777777" w:rsidR="006E0D25" w:rsidRPr="00EC65F6" w:rsidRDefault="006E0D25"/>
        </w:tc>
        <w:tc>
          <w:tcPr>
            <w:tcW w:w="1559" w:type="dxa"/>
          </w:tcPr>
          <w:p w14:paraId="74CE8268" w14:textId="77777777" w:rsidR="006E0D25" w:rsidRPr="00EC65F6" w:rsidRDefault="006E0D25"/>
        </w:tc>
        <w:tc>
          <w:tcPr>
            <w:tcW w:w="2236" w:type="dxa"/>
            <w:tcBorders>
              <w:bottom w:val="single" w:sz="4" w:space="0" w:color="auto"/>
            </w:tcBorders>
          </w:tcPr>
          <w:p w14:paraId="26481490" w14:textId="77777777" w:rsidR="006E0D25" w:rsidRPr="00EC65F6" w:rsidRDefault="006E0D25">
            <w:pPr>
              <w:spacing w:after="200"/>
            </w:pPr>
          </w:p>
        </w:tc>
      </w:tr>
      <w:tr w:rsidR="006E0D25" w:rsidRPr="00EC65F6" w14:paraId="67A60886" w14:textId="3649AE7B" w:rsidTr="004F481E">
        <w:trPr>
          <w:jc w:val="center"/>
        </w:trPr>
        <w:tc>
          <w:tcPr>
            <w:tcW w:w="2464" w:type="dxa"/>
          </w:tcPr>
          <w:p w14:paraId="5DD65C99" w14:textId="77777777" w:rsidR="006E0D25" w:rsidRPr="00EC65F6" w:rsidRDefault="006E0D25">
            <w:r w:rsidRPr="00EC65F6">
              <w:t>3</w:t>
            </w:r>
          </w:p>
        </w:tc>
        <w:tc>
          <w:tcPr>
            <w:tcW w:w="2464" w:type="dxa"/>
          </w:tcPr>
          <w:p w14:paraId="03AB4987" w14:textId="77777777" w:rsidR="006E0D25" w:rsidRPr="00EC65F6" w:rsidRDefault="006E0D25"/>
        </w:tc>
        <w:tc>
          <w:tcPr>
            <w:tcW w:w="1450" w:type="dxa"/>
          </w:tcPr>
          <w:p w14:paraId="5D3081C1" w14:textId="77777777" w:rsidR="006E0D25" w:rsidRPr="00EC65F6" w:rsidRDefault="006E0D25"/>
        </w:tc>
        <w:tc>
          <w:tcPr>
            <w:tcW w:w="1559" w:type="dxa"/>
          </w:tcPr>
          <w:p w14:paraId="28EEAE6B" w14:textId="77777777" w:rsidR="006E0D25" w:rsidRPr="00EC65F6" w:rsidRDefault="006E0D25"/>
        </w:tc>
        <w:tc>
          <w:tcPr>
            <w:tcW w:w="2236" w:type="dxa"/>
            <w:tcBorders>
              <w:bottom w:val="single" w:sz="4" w:space="0" w:color="auto"/>
            </w:tcBorders>
          </w:tcPr>
          <w:p w14:paraId="43B77A2D" w14:textId="77777777" w:rsidR="006E0D25" w:rsidRPr="00EC65F6" w:rsidRDefault="006E0D25">
            <w:pPr>
              <w:spacing w:after="200"/>
            </w:pPr>
          </w:p>
        </w:tc>
      </w:tr>
      <w:tr w:rsidR="006E0D25" w:rsidRPr="00EC65F6" w14:paraId="37B209B5" w14:textId="70D6F3DA" w:rsidTr="004F481E">
        <w:trPr>
          <w:jc w:val="center"/>
        </w:trPr>
        <w:tc>
          <w:tcPr>
            <w:tcW w:w="2464" w:type="dxa"/>
          </w:tcPr>
          <w:p w14:paraId="67A1EBB9" w14:textId="77777777" w:rsidR="006E0D25" w:rsidRPr="00EC65F6" w:rsidRDefault="006E0D25">
            <w:r w:rsidRPr="00EC65F6">
              <w:t>4</w:t>
            </w:r>
          </w:p>
        </w:tc>
        <w:tc>
          <w:tcPr>
            <w:tcW w:w="2464" w:type="dxa"/>
          </w:tcPr>
          <w:p w14:paraId="49DCF964" w14:textId="77777777" w:rsidR="006E0D25" w:rsidRPr="00EC65F6" w:rsidRDefault="006E0D25"/>
        </w:tc>
        <w:tc>
          <w:tcPr>
            <w:tcW w:w="1450" w:type="dxa"/>
          </w:tcPr>
          <w:p w14:paraId="3D583B5C" w14:textId="77777777" w:rsidR="006E0D25" w:rsidRPr="00EC65F6" w:rsidRDefault="006E0D25"/>
        </w:tc>
        <w:tc>
          <w:tcPr>
            <w:tcW w:w="1559" w:type="dxa"/>
          </w:tcPr>
          <w:p w14:paraId="7CE9FD94" w14:textId="77777777" w:rsidR="006E0D25" w:rsidRPr="00EC65F6" w:rsidRDefault="006E0D25"/>
        </w:tc>
        <w:tc>
          <w:tcPr>
            <w:tcW w:w="2236" w:type="dxa"/>
            <w:tcBorders>
              <w:bottom w:val="single" w:sz="4" w:space="0" w:color="auto"/>
            </w:tcBorders>
          </w:tcPr>
          <w:p w14:paraId="0155D46E" w14:textId="77777777" w:rsidR="006E0D25" w:rsidRPr="00EC65F6" w:rsidRDefault="006E0D25">
            <w:pPr>
              <w:spacing w:after="200"/>
            </w:pPr>
          </w:p>
        </w:tc>
      </w:tr>
      <w:tr w:rsidR="006E0D25" w:rsidRPr="00EC65F6" w14:paraId="4936C4E5" w14:textId="54C33888" w:rsidTr="004F481E">
        <w:trPr>
          <w:jc w:val="center"/>
        </w:trPr>
        <w:tc>
          <w:tcPr>
            <w:tcW w:w="2464" w:type="dxa"/>
          </w:tcPr>
          <w:p w14:paraId="442B30CE" w14:textId="77777777" w:rsidR="006E0D25" w:rsidRPr="00EC65F6" w:rsidRDefault="006E0D25">
            <w:r w:rsidRPr="00EC65F6">
              <w:t>5</w:t>
            </w:r>
          </w:p>
        </w:tc>
        <w:tc>
          <w:tcPr>
            <w:tcW w:w="2464" w:type="dxa"/>
          </w:tcPr>
          <w:p w14:paraId="47FC36B0" w14:textId="77777777" w:rsidR="006E0D25" w:rsidRPr="00EC65F6" w:rsidRDefault="006E0D25"/>
        </w:tc>
        <w:tc>
          <w:tcPr>
            <w:tcW w:w="1450" w:type="dxa"/>
          </w:tcPr>
          <w:p w14:paraId="31CACE56" w14:textId="77777777" w:rsidR="006E0D25" w:rsidRPr="00EC65F6" w:rsidRDefault="006E0D25"/>
        </w:tc>
        <w:tc>
          <w:tcPr>
            <w:tcW w:w="1559" w:type="dxa"/>
          </w:tcPr>
          <w:p w14:paraId="4C5A8F42" w14:textId="77777777" w:rsidR="006E0D25" w:rsidRPr="00EC65F6" w:rsidRDefault="006E0D25"/>
        </w:tc>
        <w:tc>
          <w:tcPr>
            <w:tcW w:w="2236" w:type="dxa"/>
            <w:tcBorders>
              <w:bottom w:val="single" w:sz="4" w:space="0" w:color="auto"/>
            </w:tcBorders>
          </w:tcPr>
          <w:p w14:paraId="605C9891" w14:textId="77777777" w:rsidR="006E0D25" w:rsidRPr="00EC65F6" w:rsidRDefault="006E0D25">
            <w:pPr>
              <w:spacing w:after="200"/>
            </w:pPr>
          </w:p>
        </w:tc>
      </w:tr>
      <w:tr w:rsidR="006E0D25" w:rsidRPr="00EC65F6" w14:paraId="58F32D7E" w14:textId="5B55CBD7" w:rsidTr="004F481E">
        <w:trPr>
          <w:jc w:val="center"/>
        </w:trPr>
        <w:tc>
          <w:tcPr>
            <w:tcW w:w="2464" w:type="dxa"/>
          </w:tcPr>
          <w:p w14:paraId="552C70F0" w14:textId="77777777" w:rsidR="006E0D25" w:rsidRPr="00EC65F6" w:rsidRDefault="006E0D25">
            <w:r w:rsidRPr="00EC65F6">
              <w:t>6</w:t>
            </w:r>
          </w:p>
        </w:tc>
        <w:tc>
          <w:tcPr>
            <w:tcW w:w="2464" w:type="dxa"/>
          </w:tcPr>
          <w:p w14:paraId="24F588AC" w14:textId="77777777" w:rsidR="006E0D25" w:rsidRPr="00EC65F6" w:rsidRDefault="006E0D25"/>
        </w:tc>
        <w:tc>
          <w:tcPr>
            <w:tcW w:w="1450" w:type="dxa"/>
          </w:tcPr>
          <w:p w14:paraId="7A88EE05" w14:textId="77777777" w:rsidR="006E0D25" w:rsidRPr="00EC65F6" w:rsidRDefault="006E0D25"/>
        </w:tc>
        <w:tc>
          <w:tcPr>
            <w:tcW w:w="1559" w:type="dxa"/>
          </w:tcPr>
          <w:p w14:paraId="72203737" w14:textId="77777777" w:rsidR="006E0D25" w:rsidRPr="00EC65F6" w:rsidRDefault="006E0D25"/>
        </w:tc>
        <w:tc>
          <w:tcPr>
            <w:tcW w:w="2236" w:type="dxa"/>
            <w:tcBorders>
              <w:bottom w:val="single" w:sz="4" w:space="0" w:color="auto"/>
            </w:tcBorders>
          </w:tcPr>
          <w:p w14:paraId="0579D6CB" w14:textId="77777777" w:rsidR="006E0D25" w:rsidRPr="00EC65F6" w:rsidRDefault="006E0D25">
            <w:pPr>
              <w:spacing w:after="200"/>
            </w:pPr>
          </w:p>
        </w:tc>
      </w:tr>
      <w:tr w:rsidR="006E0D25" w:rsidRPr="00EC65F6" w14:paraId="09C87B7C" w14:textId="2E31DB80" w:rsidTr="004F481E">
        <w:trPr>
          <w:jc w:val="center"/>
        </w:trPr>
        <w:tc>
          <w:tcPr>
            <w:tcW w:w="2464" w:type="dxa"/>
          </w:tcPr>
          <w:p w14:paraId="04252600" w14:textId="77777777" w:rsidR="006E0D25" w:rsidRPr="00EC65F6" w:rsidRDefault="006E0D25">
            <w:r w:rsidRPr="00EC65F6">
              <w:t>7</w:t>
            </w:r>
          </w:p>
        </w:tc>
        <w:tc>
          <w:tcPr>
            <w:tcW w:w="2464" w:type="dxa"/>
          </w:tcPr>
          <w:p w14:paraId="202F7EB5" w14:textId="77777777" w:rsidR="006E0D25" w:rsidRPr="00EC65F6" w:rsidRDefault="006E0D25"/>
        </w:tc>
        <w:tc>
          <w:tcPr>
            <w:tcW w:w="1450" w:type="dxa"/>
          </w:tcPr>
          <w:p w14:paraId="591C9BC7" w14:textId="77777777" w:rsidR="006E0D25" w:rsidRPr="00EC65F6" w:rsidRDefault="006E0D25"/>
        </w:tc>
        <w:tc>
          <w:tcPr>
            <w:tcW w:w="1559" w:type="dxa"/>
          </w:tcPr>
          <w:p w14:paraId="3990F9B6" w14:textId="77777777" w:rsidR="006E0D25" w:rsidRPr="00EC65F6" w:rsidRDefault="006E0D25"/>
        </w:tc>
        <w:tc>
          <w:tcPr>
            <w:tcW w:w="2236" w:type="dxa"/>
            <w:tcBorders>
              <w:bottom w:val="single" w:sz="4" w:space="0" w:color="auto"/>
            </w:tcBorders>
          </w:tcPr>
          <w:p w14:paraId="49BE885A" w14:textId="77777777" w:rsidR="006E0D25" w:rsidRPr="00EC65F6" w:rsidRDefault="006E0D25">
            <w:pPr>
              <w:spacing w:after="200"/>
            </w:pPr>
          </w:p>
        </w:tc>
      </w:tr>
      <w:tr w:rsidR="006E0D25" w:rsidRPr="00EC65F6" w14:paraId="736D5585" w14:textId="2D81D025" w:rsidTr="004F481E">
        <w:trPr>
          <w:jc w:val="center"/>
        </w:trPr>
        <w:tc>
          <w:tcPr>
            <w:tcW w:w="2464" w:type="dxa"/>
          </w:tcPr>
          <w:p w14:paraId="6B35F8A5" w14:textId="77777777" w:rsidR="006E0D25" w:rsidRPr="00EC65F6" w:rsidRDefault="006E0D25">
            <w:r w:rsidRPr="00EC65F6">
              <w:t>8</w:t>
            </w:r>
          </w:p>
        </w:tc>
        <w:tc>
          <w:tcPr>
            <w:tcW w:w="2464" w:type="dxa"/>
          </w:tcPr>
          <w:p w14:paraId="1090BF6A" w14:textId="77777777" w:rsidR="006E0D25" w:rsidRPr="00EC65F6" w:rsidRDefault="006E0D25"/>
        </w:tc>
        <w:tc>
          <w:tcPr>
            <w:tcW w:w="1450" w:type="dxa"/>
          </w:tcPr>
          <w:p w14:paraId="1C0C0786" w14:textId="77777777" w:rsidR="006E0D25" w:rsidRPr="00EC65F6" w:rsidRDefault="006E0D25"/>
        </w:tc>
        <w:tc>
          <w:tcPr>
            <w:tcW w:w="1559" w:type="dxa"/>
          </w:tcPr>
          <w:p w14:paraId="14895422" w14:textId="77777777" w:rsidR="006E0D25" w:rsidRPr="00EC65F6" w:rsidRDefault="006E0D25"/>
        </w:tc>
        <w:tc>
          <w:tcPr>
            <w:tcW w:w="2236" w:type="dxa"/>
            <w:tcBorders>
              <w:bottom w:val="single" w:sz="4" w:space="0" w:color="auto"/>
            </w:tcBorders>
          </w:tcPr>
          <w:p w14:paraId="681AE10C" w14:textId="77777777" w:rsidR="006E0D25" w:rsidRPr="00EC65F6" w:rsidRDefault="006E0D25">
            <w:pPr>
              <w:spacing w:after="200"/>
            </w:pPr>
          </w:p>
        </w:tc>
      </w:tr>
      <w:tr w:rsidR="006E0D25" w:rsidRPr="00EC65F6" w14:paraId="1B3B0991" w14:textId="6A387FBE" w:rsidTr="004F481E">
        <w:trPr>
          <w:jc w:val="center"/>
        </w:trPr>
        <w:tc>
          <w:tcPr>
            <w:tcW w:w="2464" w:type="dxa"/>
          </w:tcPr>
          <w:p w14:paraId="4476BFDC" w14:textId="77777777" w:rsidR="006E0D25" w:rsidRPr="00EC65F6" w:rsidRDefault="006E0D25">
            <w:r w:rsidRPr="00EC65F6">
              <w:t>9</w:t>
            </w:r>
          </w:p>
        </w:tc>
        <w:tc>
          <w:tcPr>
            <w:tcW w:w="2464" w:type="dxa"/>
          </w:tcPr>
          <w:p w14:paraId="1AAB2E2B" w14:textId="77777777" w:rsidR="006E0D25" w:rsidRPr="00EC65F6" w:rsidRDefault="006E0D25"/>
        </w:tc>
        <w:tc>
          <w:tcPr>
            <w:tcW w:w="1450" w:type="dxa"/>
          </w:tcPr>
          <w:p w14:paraId="3416F9E5" w14:textId="77777777" w:rsidR="006E0D25" w:rsidRPr="00EC65F6" w:rsidRDefault="006E0D25"/>
        </w:tc>
        <w:tc>
          <w:tcPr>
            <w:tcW w:w="1559" w:type="dxa"/>
          </w:tcPr>
          <w:p w14:paraId="707D8A99" w14:textId="77777777" w:rsidR="006E0D25" w:rsidRPr="00EC65F6" w:rsidRDefault="006E0D25"/>
        </w:tc>
        <w:tc>
          <w:tcPr>
            <w:tcW w:w="2236" w:type="dxa"/>
            <w:tcBorders>
              <w:bottom w:val="single" w:sz="4" w:space="0" w:color="auto"/>
            </w:tcBorders>
          </w:tcPr>
          <w:p w14:paraId="14899BEE" w14:textId="77777777" w:rsidR="006E0D25" w:rsidRPr="00EC65F6" w:rsidRDefault="006E0D25">
            <w:pPr>
              <w:spacing w:after="200"/>
            </w:pPr>
          </w:p>
        </w:tc>
      </w:tr>
      <w:tr w:rsidR="006E0D25" w:rsidRPr="00EC65F6" w14:paraId="3D177CDA" w14:textId="7E2FAF42" w:rsidTr="004F481E">
        <w:trPr>
          <w:jc w:val="center"/>
        </w:trPr>
        <w:tc>
          <w:tcPr>
            <w:tcW w:w="2464" w:type="dxa"/>
          </w:tcPr>
          <w:p w14:paraId="42EACE6D" w14:textId="77777777" w:rsidR="006E0D25" w:rsidRPr="00EC65F6" w:rsidRDefault="006E0D25">
            <w:r w:rsidRPr="00EC65F6">
              <w:t>10</w:t>
            </w:r>
          </w:p>
        </w:tc>
        <w:tc>
          <w:tcPr>
            <w:tcW w:w="2464" w:type="dxa"/>
          </w:tcPr>
          <w:p w14:paraId="44FE01C4" w14:textId="77777777" w:rsidR="006E0D25" w:rsidRPr="00EC65F6" w:rsidRDefault="006E0D25"/>
        </w:tc>
        <w:tc>
          <w:tcPr>
            <w:tcW w:w="1450" w:type="dxa"/>
          </w:tcPr>
          <w:p w14:paraId="5F9691B2" w14:textId="77777777" w:rsidR="006E0D25" w:rsidRPr="00EC65F6" w:rsidRDefault="006E0D25"/>
        </w:tc>
        <w:tc>
          <w:tcPr>
            <w:tcW w:w="1559" w:type="dxa"/>
          </w:tcPr>
          <w:p w14:paraId="2E603D2C" w14:textId="77777777" w:rsidR="006E0D25" w:rsidRPr="00EC65F6" w:rsidRDefault="006E0D25"/>
        </w:tc>
        <w:tc>
          <w:tcPr>
            <w:tcW w:w="2236" w:type="dxa"/>
            <w:tcBorders>
              <w:bottom w:val="single" w:sz="4" w:space="0" w:color="auto"/>
            </w:tcBorders>
          </w:tcPr>
          <w:p w14:paraId="066360DB" w14:textId="77777777" w:rsidR="006E0D25" w:rsidRPr="00EC65F6" w:rsidRDefault="006E0D25">
            <w:pPr>
              <w:spacing w:after="200"/>
            </w:pPr>
          </w:p>
        </w:tc>
      </w:tr>
      <w:tr w:rsidR="006E0D25" w:rsidRPr="00EC65F6" w14:paraId="708AB3C4" w14:textId="2D875800" w:rsidTr="004F481E">
        <w:trPr>
          <w:jc w:val="center"/>
        </w:trPr>
        <w:tc>
          <w:tcPr>
            <w:tcW w:w="2464" w:type="dxa"/>
          </w:tcPr>
          <w:p w14:paraId="491D960E" w14:textId="77777777" w:rsidR="006E0D25" w:rsidRPr="00EC65F6" w:rsidRDefault="006E0D25">
            <w:r w:rsidRPr="00EC65F6">
              <w:t>11</w:t>
            </w:r>
          </w:p>
        </w:tc>
        <w:tc>
          <w:tcPr>
            <w:tcW w:w="2464" w:type="dxa"/>
          </w:tcPr>
          <w:p w14:paraId="0F126F48" w14:textId="77777777" w:rsidR="006E0D25" w:rsidRPr="00EC65F6" w:rsidRDefault="006E0D25"/>
        </w:tc>
        <w:tc>
          <w:tcPr>
            <w:tcW w:w="1450" w:type="dxa"/>
          </w:tcPr>
          <w:p w14:paraId="5143C89D" w14:textId="77777777" w:rsidR="006E0D25" w:rsidRPr="00EC65F6" w:rsidRDefault="006E0D25"/>
        </w:tc>
        <w:tc>
          <w:tcPr>
            <w:tcW w:w="1559" w:type="dxa"/>
          </w:tcPr>
          <w:p w14:paraId="3074165D" w14:textId="77777777" w:rsidR="006E0D25" w:rsidRPr="00EC65F6" w:rsidRDefault="006E0D25"/>
        </w:tc>
        <w:tc>
          <w:tcPr>
            <w:tcW w:w="2236" w:type="dxa"/>
            <w:tcBorders>
              <w:bottom w:val="single" w:sz="4" w:space="0" w:color="auto"/>
            </w:tcBorders>
          </w:tcPr>
          <w:p w14:paraId="3C47B272" w14:textId="77777777" w:rsidR="006E0D25" w:rsidRPr="00EC65F6" w:rsidRDefault="006E0D25">
            <w:pPr>
              <w:spacing w:after="200"/>
            </w:pPr>
          </w:p>
        </w:tc>
      </w:tr>
      <w:tr w:rsidR="006E0D25" w:rsidRPr="00EC65F6" w14:paraId="58A15220" w14:textId="25958CF7" w:rsidTr="004F481E">
        <w:trPr>
          <w:jc w:val="center"/>
        </w:trPr>
        <w:tc>
          <w:tcPr>
            <w:tcW w:w="2464" w:type="dxa"/>
          </w:tcPr>
          <w:p w14:paraId="141F5912" w14:textId="77777777" w:rsidR="006E0D25" w:rsidRPr="00EC65F6" w:rsidRDefault="006E0D25">
            <w:r w:rsidRPr="00EC65F6">
              <w:t>12</w:t>
            </w:r>
          </w:p>
        </w:tc>
        <w:tc>
          <w:tcPr>
            <w:tcW w:w="2464" w:type="dxa"/>
          </w:tcPr>
          <w:p w14:paraId="11A8CC8D" w14:textId="77777777" w:rsidR="006E0D25" w:rsidRPr="00EC65F6" w:rsidRDefault="006E0D25"/>
        </w:tc>
        <w:tc>
          <w:tcPr>
            <w:tcW w:w="1450" w:type="dxa"/>
          </w:tcPr>
          <w:p w14:paraId="13BBFBDE" w14:textId="77777777" w:rsidR="006E0D25" w:rsidRPr="00EC65F6" w:rsidRDefault="006E0D25"/>
        </w:tc>
        <w:tc>
          <w:tcPr>
            <w:tcW w:w="1559" w:type="dxa"/>
          </w:tcPr>
          <w:p w14:paraId="2DBA216E" w14:textId="77777777" w:rsidR="006E0D25" w:rsidRPr="00EC65F6" w:rsidRDefault="006E0D25"/>
        </w:tc>
        <w:tc>
          <w:tcPr>
            <w:tcW w:w="2236" w:type="dxa"/>
            <w:tcBorders>
              <w:bottom w:val="single" w:sz="4" w:space="0" w:color="auto"/>
            </w:tcBorders>
          </w:tcPr>
          <w:p w14:paraId="754DB97E" w14:textId="77777777" w:rsidR="006E0D25" w:rsidRPr="006E0D25" w:rsidRDefault="006E0D25">
            <w:pPr>
              <w:spacing w:after="200"/>
            </w:pPr>
          </w:p>
        </w:tc>
      </w:tr>
    </w:tbl>
    <w:p w14:paraId="3FD8754F" w14:textId="77777777" w:rsidR="00D73C84" w:rsidRPr="00EC65F6" w:rsidRDefault="00D73C84"/>
    <w:p w14:paraId="6E192FD0" w14:textId="775C0642" w:rsidR="00D73C84" w:rsidRPr="00EC65F6" w:rsidRDefault="00137BEF">
      <w:r w:rsidRPr="00EC65F6">
        <w:t>Oświadczam, że podane osoby spełniają warunki uczestnictwa określone w Regulaminie Turnieju</w:t>
      </w:r>
      <w:r w:rsidR="006E0D25">
        <w:t xml:space="preserve"> oraz swoim podpisem oświadcza</w:t>
      </w:r>
      <w:r w:rsidR="00BC7C62">
        <w:t>ją</w:t>
      </w:r>
      <w:r w:rsidR="006E0D25">
        <w:t xml:space="preserve">, że </w:t>
      </w:r>
      <w:r w:rsidR="00B3690A">
        <w:t>nasz</w:t>
      </w:r>
      <w:r w:rsidR="006E0D25">
        <w:t xml:space="preserve"> stan zdrowia pozwala na udział w </w:t>
      </w:r>
      <w:r w:rsidR="00BC7C62">
        <w:t>zawodach „Bordowego Misia”</w:t>
      </w:r>
    </w:p>
    <w:p w14:paraId="574C2FC7" w14:textId="77777777" w:rsidR="00D73C84" w:rsidRPr="00EC65F6" w:rsidRDefault="00137BEF">
      <w:r w:rsidRPr="00EC65F6">
        <w:t>Podpis kapitana / osoby zgłaszającej: ..............................................................</w:t>
      </w:r>
    </w:p>
    <w:p w14:paraId="20D1D0D1" w14:textId="77777777" w:rsidR="00D73C84" w:rsidRDefault="00137BEF">
      <w:r w:rsidRPr="00EC65F6">
        <w:t>Data: ..............................................................</w:t>
      </w:r>
    </w:p>
    <w:sectPr w:rsidR="00D73C84" w:rsidSect="00034616">
      <w:footerReference w:type="default" r:id="rId13"/>
      <w:pgSz w:w="12240" w:h="15840"/>
      <w:pgMar w:top="879" w:right="1191" w:bottom="964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958C1" w14:textId="77777777" w:rsidR="00E6148C" w:rsidRPr="00EC65F6" w:rsidRDefault="00E6148C">
      <w:pPr>
        <w:spacing w:after="0" w:line="240" w:lineRule="auto"/>
      </w:pPr>
      <w:r w:rsidRPr="00EC65F6">
        <w:separator/>
      </w:r>
    </w:p>
  </w:endnote>
  <w:endnote w:type="continuationSeparator" w:id="0">
    <w:p w14:paraId="48062C88" w14:textId="77777777" w:rsidR="00E6148C" w:rsidRPr="00EC65F6" w:rsidRDefault="00E6148C">
      <w:pPr>
        <w:spacing w:after="0" w:line="240" w:lineRule="auto"/>
      </w:pPr>
      <w:r w:rsidRPr="00EC65F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AD514" w14:textId="77777777" w:rsidR="00D73C84" w:rsidRPr="00EC65F6" w:rsidRDefault="00137BEF">
    <w:pPr>
      <w:pStyle w:val="Stopka"/>
      <w:jc w:val="center"/>
    </w:pPr>
    <w:r w:rsidRPr="00EC65F6">
      <w:rPr>
        <w:sz w:val="16"/>
      </w:rPr>
      <w:t>Bordowy Miś Politechniki Bydgoskiej – Śniadeckich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E28ED" w14:textId="77777777" w:rsidR="00E6148C" w:rsidRPr="00EC65F6" w:rsidRDefault="00E6148C">
      <w:pPr>
        <w:spacing w:after="0" w:line="240" w:lineRule="auto"/>
      </w:pPr>
      <w:r w:rsidRPr="00EC65F6">
        <w:separator/>
      </w:r>
    </w:p>
  </w:footnote>
  <w:footnote w:type="continuationSeparator" w:id="0">
    <w:p w14:paraId="4405F3DC" w14:textId="77777777" w:rsidR="00E6148C" w:rsidRPr="00EC65F6" w:rsidRDefault="00E6148C">
      <w:pPr>
        <w:spacing w:after="0" w:line="240" w:lineRule="auto"/>
      </w:pPr>
      <w:r w:rsidRPr="00EC65F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9072029">
    <w:abstractNumId w:val="8"/>
  </w:num>
  <w:num w:numId="2" w16cid:durableId="707922310">
    <w:abstractNumId w:val="6"/>
  </w:num>
  <w:num w:numId="3" w16cid:durableId="1046297494">
    <w:abstractNumId w:val="5"/>
  </w:num>
  <w:num w:numId="4" w16cid:durableId="1790050853">
    <w:abstractNumId w:val="4"/>
  </w:num>
  <w:num w:numId="5" w16cid:durableId="600912153">
    <w:abstractNumId w:val="7"/>
  </w:num>
  <w:num w:numId="6" w16cid:durableId="377777426">
    <w:abstractNumId w:val="3"/>
  </w:num>
  <w:num w:numId="7" w16cid:durableId="1188517905">
    <w:abstractNumId w:val="2"/>
  </w:num>
  <w:num w:numId="8" w16cid:durableId="1139499171">
    <w:abstractNumId w:val="1"/>
  </w:num>
  <w:num w:numId="9" w16cid:durableId="1256784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21E"/>
    <w:rsid w:val="00013088"/>
    <w:rsid w:val="00034616"/>
    <w:rsid w:val="000562B4"/>
    <w:rsid w:val="0006063C"/>
    <w:rsid w:val="000737D9"/>
    <w:rsid w:val="001201E2"/>
    <w:rsid w:val="00137BEF"/>
    <w:rsid w:val="0015074B"/>
    <w:rsid w:val="00155A9D"/>
    <w:rsid w:val="001877F7"/>
    <w:rsid w:val="001A277A"/>
    <w:rsid w:val="001D6206"/>
    <w:rsid w:val="001F0E46"/>
    <w:rsid w:val="00221F04"/>
    <w:rsid w:val="00222C2F"/>
    <w:rsid w:val="002568D4"/>
    <w:rsid w:val="002918BF"/>
    <w:rsid w:val="0029639D"/>
    <w:rsid w:val="002B2EBF"/>
    <w:rsid w:val="00326F90"/>
    <w:rsid w:val="003373A2"/>
    <w:rsid w:val="003A6B0B"/>
    <w:rsid w:val="003C1098"/>
    <w:rsid w:val="003C322A"/>
    <w:rsid w:val="00475EF8"/>
    <w:rsid w:val="004760A0"/>
    <w:rsid w:val="004A70BF"/>
    <w:rsid w:val="004C15E8"/>
    <w:rsid w:val="004E78CC"/>
    <w:rsid w:val="004F481E"/>
    <w:rsid w:val="0050303E"/>
    <w:rsid w:val="00512370"/>
    <w:rsid w:val="00514207"/>
    <w:rsid w:val="00542582"/>
    <w:rsid w:val="005658DC"/>
    <w:rsid w:val="005F54B7"/>
    <w:rsid w:val="00623931"/>
    <w:rsid w:val="00635070"/>
    <w:rsid w:val="006438EC"/>
    <w:rsid w:val="006B3BD8"/>
    <w:rsid w:val="006E0D25"/>
    <w:rsid w:val="00733C1C"/>
    <w:rsid w:val="00776EB5"/>
    <w:rsid w:val="007872F3"/>
    <w:rsid w:val="0079467A"/>
    <w:rsid w:val="007A62DA"/>
    <w:rsid w:val="007D3CBA"/>
    <w:rsid w:val="007E06FC"/>
    <w:rsid w:val="007E13DA"/>
    <w:rsid w:val="007F7D87"/>
    <w:rsid w:val="00801CD0"/>
    <w:rsid w:val="00812106"/>
    <w:rsid w:val="00820E76"/>
    <w:rsid w:val="00872E94"/>
    <w:rsid w:val="008A3930"/>
    <w:rsid w:val="008A5620"/>
    <w:rsid w:val="008F12FB"/>
    <w:rsid w:val="009443D9"/>
    <w:rsid w:val="009F6891"/>
    <w:rsid w:val="00A5582A"/>
    <w:rsid w:val="00AA1D8D"/>
    <w:rsid w:val="00AC36C7"/>
    <w:rsid w:val="00AD54C4"/>
    <w:rsid w:val="00B20CE5"/>
    <w:rsid w:val="00B3690A"/>
    <w:rsid w:val="00B40FCA"/>
    <w:rsid w:val="00B43B60"/>
    <w:rsid w:val="00B47730"/>
    <w:rsid w:val="00B5437D"/>
    <w:rsid w:val="00B638E9"/>
    <w:rsid w:val="00B670C4"/>
    <w:rsid w:val="00B67CA4"/>
    <w:rsid w:val="00B77EA0"/>
    <w:rsid w:val="00B95F57"/>
    <w:rsid w:val="00BA5771"/>
    <w:rsid w:val="00BB096E"/>
    <w:rsid w:val="00BC7C62"/>
    <w:rsid w:val="00BD414A"/>
    <w:rsid w:val="00C115DB"/>
    <w:rsid w:val="00C40DCC"/>
    <w:rsid w:val="00C5157B"/>
    <w:rsid w:val="00C86670"/>
    <w:rsid w:val="00C91F11"/>
    <w:rsid w:val="00CA505D"/>
    <w:rsid w:val="00CB0664"/>
    <w:rsid w:val="00CD5685"/>
    <w:rsid w:val="00D05D48"/>
    <w:rsid w:val="00D32D21"/>
    <w:rsid w:val="00D73C84"/>
    <w:rsid w:val="00DB5603"/>
    <w:rsid w:val="00E227C7"/>
    <w:rsid w:val="00E2447C"/>
    <w:rsid w:val="00E45F45"/>
    <w:rsid w:val="00E6148C"/>
    <w:rsid w:val="00E66BB0"/>
    <w:rsid w:val="00EC65F6"/>
    <w:rsid w:val="00ED657F"/>
    <w:rsid w:val="00EF3C41"/>
    <w:rsid w:val="00F90937"/>
    <w:rsid w:val="00F91730"/>
    <w:rsid w:val="00FB74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4F6DFB"/>
  <w14:defaultImageDpi w14:val="300"/>
  <w15:docId w15:val="{9E4B7ADA-0BD7-4499-A8A1-B07386B1D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/>
    </w:pPr>
    <w:rPr>
      <w:rFonts w:ascii="Arial" w:hAnsi="Arial"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658D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8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onradkowalewski@pbs.edu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904</Words>
  <Characters>5428</Characters>
  <Application>Microsoft Office Word</Application>
  <DocSecurity>0</DocSecurity>
  <Lines>45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6320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Marcin Targowski</cp:lastModifiedBy>
  <cp:revision>24</cp:revision>
  <dcterms:created xsi:type="dcterms:W3CDTF">2026-10-14T15:08:00Z</dcterms:created>
  <dcterms:modified xsi:type="dcterms:W3CDTF">2026-11-03T07:11:00Z</dcterms:modified>
  <cp:category/>
</cp:coreProperties>
</file>